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A6A04D" w14:textId="77777777" w:rsidR="0014559B" w:rsidRPr="008841D5" w:rsidRDefault="00000000">
      <w:pPr>
        <w:spacing w:after="300"/>
        <w:jc w:val="center"/>
        <w:rPr>
          <w:lang w:val="af-ZA"/>
        </w:rPr>
      </w:pPr>
      <w:r w:rsidRPr="008841D5">
        <w:rPr>
          <w:b/>
          <w:color w:val="1F4D78"/>
          <w:sz w:val="44"/>
          <w:lang w:val="af-ZA"/>
        </w:rPr>
        <w:t>GIA - Luister</w:t>
      </w:r>
    </w:p>
    <w:p w14:paraId="23E003DB" w14:textId="77777777" w:rsidR="0014559B" w:rsidRPr="008841D5" w:rsidRDefault="00000000" w:rsidP="00CA34D9">
      <w:pPr>
        <w:spacing w:after="140"/>
        <w:ind w:right="216"/>
        <w:rPr>
          <w:lang w:val="af-ZA"/>
        </w:rPr>
      </w:pPr>
      <w:r w:rsidRPr="008841D5">
        <w:rPr>
          <w:i/>
          <w:lang w:val="af-ZA"/>
        </w:rPr>
        <w:t xml:space="preserve">1 </w:t>
      </w:r>
      <w:proofErr w:type="spellStart"/>
      <w:r w:rsidRPr="008841D5">
        <w:rPr>
          <w:i/>
          <w:lang w:val="af-ZA"/>
        </w:rPr>
        <w:t>Kor</w:t>
      </w:r>
      <w:proofErr w:type="spellEnd"/>
      <w:r w:rsidRPr="008841D5">
        <w:rPr>
          <w:i/>
          <w:lang w:val="af-ZA"/>
        </w:rPr>
        <w:t xml:space="preserve"> 2:14 - Maar die natuurlike mens neem die dinge van die Gees van God nie aan nie; want dit is vir hom dwaasheid, en hy kan dit nie verstaan nie, omdat dit geestelik beoordeel word.</w:t>
      </w:r>
    </w:p>
    <w:p w14:paraId="6400A15A" w14:textId="77777777" w:rsidR="0014559B" w:rsidRPr="008841D5" w:rsidRDefault="00000000">
      <w:pPr>
        <w:pStyle w:val="Heading1"/>
        <w:rPr>
          <w:lang w:val="af-ZA"/>
        </w:rPr>
      </w:pPr>
      <w:r w:rsidRPr="008841D5">
        <w:rPr>
          <w:lang w:val="af-ZA"/>
        </w:rPr>
        <w:t>Verskillende Gawes</w:t>
      </w:r>
    </w:p>
    <w:tbl>
      <w:tblPr>
        <w:tblStyle w:val="TableGrid"/>
        <w:tblW w:w="0" w:type="auto"/>
        <w:tblLayout w:type="fixed"/>
        <w:tblLook w:val="04A0" w:firstRow="1" w:lastRow="0" w:firstColumn="1" w:lastColumn="0" w:noHBand="0" w:noVBand="1"/>
      </w:tblPr>
      <w:tblGrid>
        <w:gridCol w:w="4896"/>
        <w:gridCol w:w="4896"/>
      </w:tblGrid>
      <w:tr w:rsidR="0014559B" w:rsidRPr="008841D5" w14:paraId="35AC8E2C" w14:textId="77777777">
        <w:tc>
          <w:tcPr>
            <w:tcW w:w="4896" w:type="dxa"/>
            <w:shd w:val="clear" w:color="auto" w:fill="E8EEF5"/>
            <w:tcMar>
              <w:top w:w="70" w:type="dxa"/>
              <w:left w:w="110" w:type="dxa"/>
              <w:bottom w:w="70" w:type="dxa"/>
              <w:right w:w="110" w:type="dxa"/>
            </w:tcMar>
            <w:vAlign w:val="center"/>
          </w:tcPr>
          <w:p w14:paraId="073AEDC3" w14:textId="77777777" w:rsidR="0014559B" w:rsidRPr="008841D5" w:rsidRDefault="00000000">
            <w:pPr>
              <w:spacing w:after="0"/>
              <w:rPr>
                <w:lang w:val="af-ZA"/>
              </w:rPr>
            </w:pPr>
            <w:r w:rsidRPr="008841D5">
              <w:rPr>
                <w:b/>
                <w:lang w:val="af-ZA"/>
              </w:rPr>
              <w:t>Item</w:t>
            </w:r>
          </w:p>
        </w:tc>
        <w:tc>
          <w:tcPr>
            <w:tcW w:w="4896" w:type="dxa"/>
            <w:shd w:val="clear" w:color="auto" w:fill="E8EEF5"/>
            <w:tcMar>
              <w:top w:w="70" w:type="dxa"/>
              <w:left w:w="110" w:type="dxa"/>
              <w:bottom w:w="70" w:type="dxa"/>
              <w:right w:w="110" w:type="dxa"/>
            </w:tcMar>
            <w:vAlign w:val="center"/>
          </w:tcPr>
          <w:p w14:paraId="7AC0132D" w14:textId="77777777" w:rsidR="0014559B" w:rsidRPr="008841D5" w:rsidRDefault="00000000">
            <w:pPr>
              <w:spacing w:after="0"/>
              <w:rPr>
                <w:lang w:val="af-ZA"/>
              </w:rPr>
            </w:pPr>
            <w:r w:rsidRPr="008841D5">
              <w:rPr>
                <w:b/>
                <w:lang w:val="af-ZA"/>
              </w:rPr>
              <w:t>Skrifverwysing</w:t>
            </w:r>
          </w:p>
        </w:tc>
      </w:tr>
      <w:tr w:rsidR="0014559B" w:rsidRPr="008841D5" w14:paraId="3C5E49FB" w14:textId="77777777" w:rsidTr="00B403E7">
        <w:tc>
          <w:tcPr>
            <w:tcW w:w="4896" w:type="dxa"/>
            <w:tcMar>
              <w:top w:w="70" w:type="dxa"/>
              <w:left w:w="110" w:type="dxa"/>
              <w:bottom w:w="70" w:type="dxa"/>
              <w:right w:w="110" w:type="dxa"/>
            </w:tcMar>
            <w:vAlign w:val="center"/>
          </w:tcPr>
          <w:p w14:paraId="37D70C52" w14:textId="77777777" w:rsidR="0014559B" w:rsidRPr="008841D5" w:rsidRDefault="00000000">
            <w:pPr>
              <w:spacing w:after="0"/>
              <w:rPr>
                <w:b/>
                <w:bCs/>
                <w:lang w:val="af-ZA"/>
              </w:rPr>
            </w:pPr>
            <w:r w:rsidRPr="008841D5">
              <w:rPr>
                <w:b/>
                <w:bCs/>
                <w:lang w:val="af-ZA"/>
              </w:rPr>
              <w:t>Gawes van die Heilige Gees</w:t>
            </w:r>
          </w:p>
        </w:tc>
        <w:tc>
          <w:tcPr>
            <w:tcW w:w="4896" w:type="dxa"/>
            <w:tcMar>
              <w:top w:w="70" w:type="dxa"/>
              <w:left w:w="110" w:type="dxa"/>
              <w:bottom w:w="70" w:type="dxa"/>
              <w:right w:w="110" w:type="dxa"/>
            </w:tcMar>
            <w:vAlign w:val="center"/>
          </w:tcPr>
          <w:p w14:paraId="50007390" w14:textId="77777777" w:rsidR="0014559B" w:rsidRPr="008841D5" w:rsidRDefault="00000000">
            <w:pPr>
              <w:spacing w:after="0"/>
              <w:rPr>
                <w:lang w:val="af-ZA"/>
              </w:rPr>
            </w:pPr>
            <w:r w:rsidRPr="008841D5">
              <w:rPr>
                <w:lang w:val="af-ZA"/>
              </w:rPr>
              <w:t>1 Korintiërs 12:7-31</w:t>
            </w:r>
          </w:p>
        </w:tc>
      </w:tr>
      <w:tr w:rsidR="0014559B" w:rsidRPr="008841D5" w14:paraId="558ED5BB" w14:textId="77777777" w:rsidTr="00B403E7">
        <w:tc>
          <w:tcPr>
            <w:tcW w:w="4896" w:type="dxa"/>
            <w:tcMar>
              <w:top w:w="70" w:type="dxa"/>
              <w:left w:w="110" w:type="dxa"/>
              <w:bottom w:w="70" w:type="dxa"/>
              <w:right w:w="110" w:type="dxa"/>
            </w:tcMar>
            <w:vAlign w:val="center"/>
          </w:tcPr>
          <w:p w14:paraId="39BBB7E4" w14:textId="77777777" w:rsidR="0014559B" w:rsidRPr="008841D5" w:rsidRDefault="00000000">
            <w:pPr>
              <w:spacing w:after="0"/>
              <w:rPr>
                <w:b/>
                <w:bCs/>
                <w:lang w:val="af-ZA"/>
              </w:rPr>
            </w:pPr>
            <w:r w:rsidRPr="008841D5">
              <w:rPr>
                <w:b/>
                <w:bCs/>
                <w:lang w:val="af-ZA"/>
              </w:rPr>
              <w:t>Vyfvoudige Bedienings Gawes</w:t>
            </w:r>
          </w:p>
          <w:p w14:paraId="084906E4" w14:textId="66B2D2ED" w:rsidR="00B403E7" w:rsidRPr="008841D5" w:rsidRDefault="00B403E7" w:rsidP="00B403E7">
            <w:pPr>
              <w:ind w:left="461"/>
              <w:rPr>
                <w:lang w:val="af-ZA"/>
              </w:rPr>
            </w:pPr>
            <w:r w:rsidRPr="008841D5">
              <w:rPr>
                <w:lang w:val="af-ZA"/>
              </w:rPr>
              <w:t>apostels, profete, evangeliste, herders en leraars</w:t>
            </w:r>
          </w:p>
        </w:tc>
        <w:tc>
          <w:tcPr>
            <w:tcW w:w="4896" w:type="dxa"/>
            <w:tcMar>
              <w:top w:w="70" w:type="dxa"/>
              <w:left w:w="110" w:type="dxa"/>
              <w:bottom w:w="70" w:type="dxa"/>
              <w:right w:w="110" w:type="dxa"/>
            </w:tcMar>
            <w:vAlign w:val="center"/>
          </w:tcPr>
          <w:p w14:paraId="749A1119" w14:textId="42A73F14" w:rsidR="00B403E7" w:rsidRPr="008841D5" w:rsidRDefault="00000000">
            <w:pPr>
              <w:spacing w:after="0"/>
              <w:rPr>
                <w:lang w:val="af-ZA"/>
              </w:rPr>
            </w:pPr>
            <w:r w:rsidRPr="008841D5">
              <w:rPr>
                <w:lang w:val="af-ZA"/>
              </w:rPr>
              <w:t>Efesiërs 4:7-16</w:t>
            </w:r>
          </w:p>
        </w:tc>
      </w:tr>
      <w:tr w:rsidR="00B403E7" w:rsidRPr="008841D5" w14:paraId="73989934" w14:textId="77777777" w:rsidTr="00B403E7">
        <w:tc>
          <w:tcPr>
            <w:tcW w:w="4896" w:type="dxa"/>
            <w:tcMar>
              <w:top w:w="70" w:type="dxa"/>
              <w:left w:w="110" w:type="dxa"/>
              <w:bottom w:w="70" w:type="dxa"/>
              <w:right w:w="110" w:type="dxa"/>
            </w:tcMar>
            <w:vAlign w:val="center"/>
          </w:tcPr>
          <w:p w14:paraId="360540DC" w14:textId="508D4CEC" w:rsidR="00B403E7" w:rsidRPr="008841D5" w:rsidRDefault="00B403E7" w:rsidP="00B403E7">
            <w:pPr>
              <w:spacing w:after="0"/>
              <w:rPr>
                <w:b/>
                <w:bCs/>
                <w:lang w:val="af-ZA"/>
              </w:rPr>
            </w:pPr>
            <w:r w:rsidRPr="008841D5">
              <w:rPr>
                <w:b/>
                <w:bCs/>
                <w:lang w:val="af-ZA"/>
              </w:rPr>
              <w:t>Genadegawes (</w:t>
            </w:r>
            <w:proofErr w:type="spellStart"/>
            <w:r w:rsidRPr="008841D5">
              <w:rPr>
                <w:b/>
                <w:bCs/>
                <w:lang w:val="af-ZA"/>
              </w:rPr>
              <w:t>motivational</w:t>
            </w:r>
            <w:proofErr w:type="spellEnd"/>
            <w:r w:rsidRPr="008841D5">
              <w:rPr>
                <w:b/>
                <w:bCs/>
                <w:lang w:val="af-ZA"/>
              </w:rPr>
              <w:t xml:space="preserve"> </w:t>
            </w:r>
            <w:proofErr w:type="spellStart"/>
            <w:r w:rsidRPr="008841D5">
              <w:rPr>
                <w:b/>
                <w:bCs/>
                <w:lang w:val="af-ZA"/>
              </w:rPr>
              <w:t>gifts</w:t>
            </w:r>
            <w:proofErr w:type="spellEnd"/>
            <w:r w:rsidRPr="008841D5">
              <w:rPr>
                <w:b/>
                <w:bCs/>
                <w:lang w:val="af-ZA"/>
              </w:rPr>
              <w:t>)</w:t>
            </w:r>
          </w:p>
          <w:p w14:paraId="1ED58A7D" w14:textId="1F60D63F" w:rsidR="00B403E7" w:rsidRPr="008841D5" w:rsidRDefault="00B403E7" w:rsidP="00B403E7">
            <w:pPr>
              <w:ind w:left="461"/>
              <w:rPr>
                <w:lang w:val="af-ZA"/>
              </w:rPr>
            </w:pPr>
            <w:r w:rsidRPr="008841D5">
              <w:rPr>
                <w:lang w:val="af-ZA"/>
              </w:rPr>
              <w:t xml:space="preserve">Profesie, bediening, lering, vermaning, </w:t>
            </w:r>
            <w:r w:rsidR="002D317B" w:rsidRPr="008841D5">
              <w:rPr>
                <w:lang w:val="af-ZA"/>
              </w:rPr>
              <w:t>uitdeler</w:t>
            </w:r>
            <w:r w:rsidRPr="008841D5">
              <w:rPr>
                <w:lang w:val="af-ZA"/>
              </w:rPr>
              <w:t>, voorganger, barmhartigheid</w:t>
            </w:r>
          </w:p>
        </w:tc>
        <w:tc>
          <w:tcPr>
            <w:tcW w:w="4896" w:type="dxa"/>
            <w:tcMar>
              <w:top w:w="70" w:type="dxa"/>
              <w:left w:w="110" w:type="dxa"/>
              <w:bottom w:w="70" w:type="dxa"/>
              <w:right w:w="110" w:type="dxa"/>
            </w:tcMar>
            <w:vAlign w:val="center"/>
          </w:tcPr>
          <w:p w14:paraId="012E9862" w14:textId="3F56144B" w:rsidR="00B403E7" w:rsidRPr="008841D5" w:rsidRDefault="00B403E7">
            <w:pPr>
              <w:spacing w:after="0"/>
              <w:rPr>
                <w:lang w:val="af-ZA"/>
              </w:rPr>
            </w:pPr>
            <w:r w:rsidRPr="008841D5">
              <w:rPr>
                <w:lang w:val="af-ZA"/>
              </w:rPr>
              <w:t>Romeine 12:3-8</w:t>
            </w:r>
          </w:p>
        </w:tc>
      </w:tr>
      <w:tr w:rsidR="00B403E7" w:rsidRPr="008841D5" w14:paraId="55BD9CE2" w14:textId="77777777" w:rsidTr="00B403E7">
        <w:tc>
          <w:tcPr>
            <w:tcW w:w="4896" w:type="dxa"/>
            <w:tcMar>
              <w:top w:w="70" w:type="dxa"/>
              <w:left w:w="110" w:type="dxa"/>
              <w:bottom w:w="70" w:type="dxa"/>
              <w:right w:w="110" w:type="dxa"/>
            </w:tcMar>
            <w:vAlign w:val="center"/>
          </w:tcPr>
          <w:p w14:paraId="67FE6E64" w14:textId="2BFD1036" w:rsidR="00B403E7" w:rsidRPr="008841D5" w:rsidRDefault="002D317B" w:rsidP="00B403E7">
            <w:pPr>
              <w:spacing w:after="140"/>
              <w:ind w:right="216"/>
              <w:rPr>
                <w:b/>
                <w:bCs/>
                <w:lang w:val="af-ZA"/>
              </w:rPr>
            </w:pPr>
            <w:r w:rsidRPr="008841D5">
              <w:rPr>
                <w:b/>
                <w:bCs/>
                <w:lang w:val="af-ZA"/>
              </w:rPr>
              <w:t>Gees gegewe</w:t>
            </w:r>
            <w:r w:rsidR="00B403E7" w:rsidRPr="008841D5">
              <w:rPr>
                <w:b/>
                <w:bCs/>
                <w:lang w:val="af-ZA"/>
              </w:rPr>
              <w:t xml:space="preserve"> </w:t>
            </w:r>
            <w:r w:rsidRPr="008841D5">
              <w:rPr>
                <w:b/>
                <w:bCs/>
                <w:lang w:val="af-ZA"/>
              </w:rPr>
              <w:t>Vakmanskap vermoëns</w:t>
            </w:r>
          </w:p>
          <w:p w14:paraId="6A661393" w14:textId="3A86FF57" w:rsidR="00B403E7" w:rsidRPr="008841D5" w:rsidRDefault="00B403E7" w:rsidP="00B403E7">
            <w:pPr>
              <w:spacing w:after="140"/>
              <w:ind w:left="461" w:right="216"/>
              <w:rPr>
                <w:lang w:val="af-ZA"/>
              </w:rPr>
            </w:pPr>
            <w:r w:rsidRPr="008841D5">
              <w:rPr>
                <w:lang w:val="af-ZA"/>
              </w:rPr>
              <w:br/>
            </w:r>
            <w:r w:rsidRPr="008841D5">
              <w:rPr>
                <w:i/>
                <w:lang w:val="af-ZA"/>
              </w:rPr>
              <w:t>Verder het die HERE met Moses gespreek en gesê: Kyk, Ek het Besáleël … by sy naam geroep; en Ek het hom vervul met die Gees van God, met wysheid en verstand en kennis en bekwaamheid vir allerhande werk, om kunstige planne uit te dink, om dit uit te voer in goud en silwer en koper, en deur snywerk in stene wat ingelê moet word, en deur houtsnywerk; om werksaam te wees in allerhande werk.</w:t>
            </w:r>
          </w:p>
          <w:p w14:paraId="420FDA23" w14:textId="6909DD98" w:rsidR="00B403E7" w:rsidRPr="008841D5" w:rsidRDefault="00B403E7" w:rsidP="00B403E7">
            <w:pPr>
              <w:spacing w:after="0"/>
              <w:rPr>
                <w:lang w:val="af-ZA"/>
              </w:rPr>
            </w:pPr>
          </w:p>
        </w:tc>
        <w:tc>
          <w:tcPr>
            <w:tcW w:w="4896" w:type="dxa"/>
            <w:tcMar>
              <w:top w:w="70" w:type="dxa"/>
              <w:left w:w="110" w:type="dxa"/>
              <w:bottom w:w="70" w:type="dxa"/>
              <w:right w:w="110" w:type="dxa"/>
            </w:tcMar>
            <w:vAlign w:val="center"/>
          </w:tcPr>
          <w:p w14:paraId="75303712" w14:textId="0817F9B7" w:rsidR="00B403E7" w:rsidRPr="008841D5" w:rsidRDefault="00B403E7" w:rsidP="00B403E7">
            <w:pPr>
              <w:spacing w:after="0"/>
              <w:rPr>
                <w:lang w:val="af-ZA"/>
              </w:rPr>
            </w:pPr>
            <w:r w:rsidRPr="008841D5">
              <w:rPr>
                <w:lang w:val="af-ZA"/>
              </w:rPr>
              <w:t>Eksodus 31:1-6, 35:30-35</w:t>
            </w:r>
          </w:p>
        </w:tc>
      </w:tr>
      <w:tr w:rsidR="00B403E7" w:rsidRPr="008841D5" w14:paraId="2AF7F4E1" w14:textId="77777777" w:rsidTr="00B403E7">
        <w:tc>
          <w:tcPr>
            <w:tcW w:w="4896" w:type="dxa"/>
            <w:tcMar>
              <w:top w:w="70" w:type="dxa"/>
              <w:left w:w="110" w:type="dxa"/>
              <w:bottom w:w="70" w:type="dxa"/>
              <w:right w:w="110" w:type="dxa"/>
            </w:tcMar>
            <w:vAlign w:val="center"/>
          </w:tcPr>
          <w:p w14:paraId="6585209A" w14:textId="4EA25E9B" w:rsidR="00B403E7" w:rsidRPr="008841D5" w:rsidRDefault="00B403E7" w:rsidP="00B403E7">
            <w:pPr>
              <w:spacing w:after="140"/>
              <w:ind w:right="216"/>
              <w:rPr>
                <w:b/>
                <w:bCs/>
                <w:lang w:val="af-ZA"/>
              </w:rPr>
            </w:pPr>
            <w:r w:rsidRPr="008841D5">
              <w:rPr>
                <w:b/>
                <w:bCs/>
                <w:lang w:val="af-ZA"/>
              </w:rPr>
              <w:t>Talente en Vermoëns</w:t>
            </w:r>
          </w:p>
        </w:tc>
        <w:tc>
          <w:tcPr>
            <w:tcW w:w="4896" w:type="dxa"/>
            <w:tcMar>
              <w:top w:w="70" w:type="dxa"/>
              <w:left w:w="110" w:type="dxa"/>
              <w:bottom w:w="70" w:type="dxa"/>
              <w:right w:w="110" w:type="dxa"/>
            </w:tcMar>
            <w:vAlign w:val="center"/>
          </w:tcPr>
          <w:p w14:paraId="3F409098" w14:textId="31160C25" w:rsidR="00B403E7" w:rsidRPr="008841D5" w:rsidRDefault="00B403E7" w:rsidP="00B403E7">
            <w:pPr>
              <w:spacing w:after="0"/>
              <w:rPr>
                <w:lang w:val="af-ZA"/>
              </w:rPr>
            </w:pPr>
            <w:r w:rsidRPr="008841D5">
              <w:rPr>
                <w:lang w:val="af-ZA"/>
              </w:rPr>
              <w:t>Matteus 25:14-30</w:t>
            </w:r>
          </w:p>
        </w:tc>
      </w:tr>
      <w:tr w:rsidR="00B403E7" w:rsidRPr="008841D5" w14:paraId="7F49224C" w14:textId="77777777" w:rsidTr="00B403E7">
        <w:tc>
          <w:tcPr>
            <w:tcW w:w="4896" w:type="dxa"/>
            <w:tcMar>
              <w:top w:w="70" w:type="dxa"/>
              <w:left w:w="110" w:type="dxa"/>
              <w:bottom w:w="70" w:type="dxa"/>
              <w:right w:w="110" w:type="dxa"/>
            </w:tcMar>
            <w:vAlign w:val="center"/>
          </w:tcPr>
          <w:p w14:paraId="2116CE8D" w14:textId="0496DA1D" w:rsidR="00B403E7" w:rsidRPr="008841D5" w:rsidRDefault="00B403E7" w:rsidP="00B403E7">
            <w:pPr>
              <w:spacing w:after="140"/>
              <w:ind w:right="216"/>
              <w:rPr>
                <w:lang w:val="af-ZA"/>
              </w:rPr>
            </w:pPr>
            <w:r w:rsidRPr="008841D5">
              <w:rPr>
                <w:lang w:val="af-ZA"/>
              </w:rPr>
              <w:t>Ensovoorts</w:t>
            </w:r>
          </w:p>
        </w:tc>
        <w:tc>
          <w:tcPr>
            <w:tcW w:w="4896" w:type="dxa"/>
            <w:tcMar>
              <w:top w:w="70" w:type="dxa"/>
              <w:left w:w="110" w:type="dxa"/>
              <w:bottom w:w="70" w:type="dxa"/>
              <w:right w:w="110" w:type="dxa"/>
            </w:tcMar>
            <w:vAlign w:val="center"/>
          </w:tcPr>
          <w:p w14:paraId="02FEAD40" w14:textId="58E60652" w:rsidR="00B403E7" w:rsidRPr="008841D5" w:rsidRDefault="00E61330" w:rsidP="00B403E7">
            <w:pPr>
              <w:spacing w:after="0"/>
              <w:rPr>
                <w:lang w:val="af-ZA"/>
              </w:rPr>
            </w:pPr>
            <w:r w:rsidRPr="008841D5">
              <w:rPr>
                <w:lang w:val="af-ZA"/>
              </w:rPr>
              <w:t>Romeine 11:29</w:t>
            </w:r>
          </w:p>
        </w:tc>
      </w:tr>
    </w:tbl>
    <w:p w14:paraId="788052B0" w14:textId="77777777" w:rsidR="0014559B" w:rsidRPr="008841D5" w:rsidRDefault="0014559B">
      <w:pPr>
        <w:spacing w:after="0"/>
        <w:rPr>
          <w:lang w:val="af-ZA"/>
        </w:rPr>
      </w:pPr>
    </w:p>
    <w:p w14:paraId="50A4B89B" w14:textId="77777777" w:rsidR="00B403E7" w:rsidRPr="008841D5" w:rsidRDefault="00B403E7">
      <w:pPr>
        <w:spacing w:after="200" w:line="276" w:lineRule="auto"/>
        <w:rPr>
          <w:rFonts w:asciiTheme="majorHAnsi" w:eastAsiaTheme="majorEastAsia" w:hAnsiTheme="majorHAnsi" w:cstheme="majorBidi"/>
          <w:b/>
          <w:bCs/>
          <w:color w:val="2E74B5"/>
          <w:sz w:val="32"/>
          <w:szCs w:val="28"/>
          <w:lang w:val="af-ZA"/>
        </w:rPr>
      </w:pPr>
      <w:r w:rsidRPr="008841D5">
        <w:rPr>
          <w:lang w:val="af-ZA"/>
        </w:rPr>
        <w:br w:type="page"/>
      </w:r>
    </w:p>
    <w:p w14:paraId="3F5E36CC" w14:textId="19BF080E" w:rsidR="0014559B" w:rsidRPr="008841D5" w:rsidRDefault="00000000" w:rsidP="00B403E7">
      <w:pPr>
        <w:pStyle w:val="Heading1"/>
        <w:rPr>
          <w:lang w:val="af-ZA"/>
        </w:rPr>
      </w:pPr>
      <w:r w:rsidRPr="008841D5">
        <w:rPr>
          <w:lang w:val="af-ZA"/>
        </w:rPr>
        <w:lastRenderedPageBreak/>
        <w:t>Heilige Gees Gawes</w:t>
      </w:r>
    </w:p>
    <w:p w14:paraId="1C690FF2" w14:textId="77777777" w:rsidR="0014559B" w:rsidRPr="008841D5" w:rsidRDefault="00000000">
      <w:pPr>
        <w:spacing w:after="140"/>
        <w:ind w:left="461" w:right="216"/>
        <w:rPr>
          <w:lang w:val="af-ZA"/>
        </w:rPr>
      </w:pPr>
      <w:r w:rsidRPr="008841D5">
        <w:rPr>
          <w:i/>
          <w:lang w:val="af-ZA"/>
        </w:rPr>
        <w:t>1) En wat die geestelike gawes betref, broeders, wil ek nie hê dat julle onkundig moet wees nie.</w:t>
      </w:r>
    </w:p>
    <w:p w14:paraId="0595769B" w14:textId="77777777" w:rsidR="0014559B" w:rsidRPr="008841D5" w:rsidRDefault="00000000" w:rsidP="00963C4F">
      <w:pPr>
        <w:spacing w:after="140"/>
        <w:ind w:left="1440" w:right="216"/>
        <w:rPr>
          <w:b/>
          <w:bCs/>
          <w:lang w:val="af-ZA"/>
        </w:rPr>
      </w:pPr>
      <w:r w:rsidRPr="008841D5">
        <w:rPr>
          <w:b/>
          <w:bCs/>
          <w:i/>
          <w:lang w:val="af-ZA"/>
        </w:rPr>
        <w:t xml:space="preserve">1 Timothy 4:14 </w:t>
      </w:r>
      <w:r w:rsidRPr="008841D5">
        <w:rPr>
          <w:b/>
          <w:bCs/>
          <w:i/>
          <w:u w:val="single"/>
          <w:lang w:val="af-ZA"/>
        </w:rPr>
        <w:t>— Verwaarloos</w:t>
      </w:r>
      <w:r w:rsidRPr="008841D5">
        <w:rPr>
          <w:b/>
          <w:bCs/>
          <w:i/>
          <w:lang w:val="af-ZA"/>
        </w:rPr>
        <w:t xml:space="preserve"> nie die genadegawe wat in jou is nie, wat jou gegee is deur die profesie met die handoplegging van die ouderlinge.</w:t>
      </w:r>
    </w:p>
    <w:p w14:paraId="51F3DAEB" w14:textId="77777777" w:rsidR="0014559B" w:rsidRPr="008841D5" w:rsidRDefault="00000000" w:rsidP="00963C4F">
      <w:pPr>
        <w:spacing w:after="140"/>
        <w:ind w:left="1440" w:right="216"/>
        <w:rPr>
          <w:b/>
          <w:bCs/>
          <w:lang w:val="af-ZA"/>
        </w:rPr>
      </w:pPr>
      <w:r w:rsidRPr="008841D5">
        <w:rPr>
          <w:b/>
          <w:bCs/>
          <w:i/>
          <w:lang w:val="af-ZA"/>
        </w:rPr>
        <w:t xml:space="preserve">1 </w:t>
      </w:r>
      <w:proofErr w:type="spellStart"/>
      <w:r w:rsidRPr="008841D5">
        <w:rPr>
          <w:b/>
          <w:bCs/>
          <w:i/>
          <w:lang w:val="af-ZA"/>
        </w:rPr>
        <w:t>Kor</w:t>
      </w:r>
      <w:proofErr w:type="spellEnd"/>
      <w:r w:rsidRPr="008841D5">
        <w:rPr>
          <w:b/>
          <w:bCs/>
          <w:i/>
          <w:lang w:val="af-ZA"/>
        </w:rPr>
        <w:t xml:space="preserve"> 14:1 – Jaag die liefde na, </w:t>
      </w:r>
      <w:r w:rsidRPr="008841D5">
        <w:rPr>
          <w:b/>
          <w:bCs/>
          <w:i/>
          <w:u w:val="single"/>
          <w:lang w:val="af-ZA"/>
        </w:rPr>
        <w:t>en beywer</w:t>
      </w:r>
      <w:r w:rsidRPr="008841D5">
        <w:rPr>
          <w:b/>
          <w:bCs/>
          <w:i/>
          <w:lang w:val="af-ZA"/>
        </w:rPr>
        <w:t xml:space="preserve"> julle met die oog op die geestelike gawes, maar veral om te profeteer.</w:t>
      </w:r>
    </w:p>
    <w:p w14:paraId="13225592" w14:textId="77777777" w:rsidR="0014559B" w:rsidRPr="008841D5" w:rsidRDefault="00000000">
      <w:pPr>
        <w:spacing w:after="140"/>
        <w:ind w:left="461" w:right="216"/>
        <w:rPr>
          <w:lang w:val="af-ZA"/>
        </w:rPr>
      </w:pPr>
      <w:r w:rsidRPr="008841D5">
        <w:rPr>
          <w:i/>
          <w:lang w:val="af-ZA"/>
        </w:rPr>
        <w:t>2) Julle weet dat julle heidene was, weggevoer na die stomme afgode net soos julle ook al gelei is.</w:t>
      </w:r>
    </w:p>
    <w:p w14:paraId="2739809B" w14:textId="77777777" w:rsidR="0014559B" w:rsidRPr="008841D5" w:rsidRDefault="00000000">
      <w:pPr>
        <w:spacing w:after="140"/>
        <w:ind w:left="461" w:right="216"/>
        <w:rPr>
          <w:lang w:val="af-ZA"/>
        </w:rPr>
      </w:pPr>
      <w:r w:rsidRPr="008841D5">
        <w:rPr>
          <w:i/>
          <w:lang w:val="af-ZA"/>
        </w:rPr>
        <w:t>3) Daarom maak ek julle bekend dat niemand wat deur die Gees van God spreek, Jesus ’n vervloeking noem nie; en niemand kan sê dat Jesus die Here is nie, behalwe deur die Heilige Gees.</w:t>
      </w:r>
    </w:p>
    <w:p w14:paraId="6407877C" w14:textId="77777777" w:rsidR="0014559B" w:rsidRPr="008841D5" w:rsidRDefault="00000000" w:rsidP="00E61330">
      <w:pPr>
        <w:ind w:left="1440"/>
        <w:rPr>
          <w:b/>
          <w:bCs/>
          <w:lang w:val="af-ZA"/>
        </w:rPr>
      </w:pPr>
      <w:r w:rsidRPr="008841D5">
        <w:rPr>
          <w:b/>
          <w:bCs/>
          <w:lang w:val="af-ZA"/>
        </w:rPr>
        <w:t xml:space="preserve">Enigiemand wat beweer dat hy deur die Heilige Gees geïnspireer word, maar tog Jesus se </w:t>
      </w:r>
      <w:r w:rsidRPr="008841D5">
        <w:rPr>
          <w:b/>
          <w:bCs/>
          <w:u w:val="single"/>
          <w:lang w:val="af-ZA"/>
        </w:rPr>
        <w:t>eie aansprake op Sy goddelikheid</w:t>
      </w:r>
      <w:r w:rsidRPr="008841D5">
        <w:rPr>
          <w:b/>
          <w:bCs/>
          <w:lang w:val="af-ZA"/>
        </w:rPr>
        <w:t xml:space="preserve"> verwerp, asook dat Hy die </w:t>
      </w:r>
      <w:r w:rsidRPr="008841D5">
        <w:rPr>
          <w:b/>
          <w:bCs/>
          <w:u w:val="single"/>
          <w:lang w:val="af-ZA"/>
        </w:rPr>
        <w:t>enigste weg na die Vader</w:t>
      </w:r>
      <w:r w:rsidRPr="008841D5">
        <w:rPr>
          <w:b/>
          <w:bCs/>
          <w:lang w:val="af-ZA"/>
        </w:rPr>
        <w:t xml:space="preserve"> is, ontvang nie inspirasie van die Heilige Gees nie.</w:t>
      </w:r>
    </w:p>
    <w:p w14:paraId="0FE57D56" w14:textId="77777777" w:rsidR="0014559B" w:rsidRPr="008841D5" w:rsidRDefault="00000000">
      <w:pPr>
        <w:spacing w:after="140"/>
        <w:ind w:left="461" w:right="216"/>
        <w:rPr>
          <w:lang w:val="af-ZA"/>
        </w:rPr>
      </w:pPr>
      <w:r w:rsidRPr="008841D5">
        <w:rPr>
          <w:i/>
          <w:lang w:val="af-ZA"/>
        </w:rPr>
        <w:t>4) Daar is wel verskeidenheid van genadegawes, maar dit is dieselfde Gees;</w:t>
      </w:r>
    </w:p>
    <w:p w14:paraId="7206052F" w14:textId="3CBD2FA0" w:rsidR="0014559B" w:rsidRPr="008841D5" w:rsidRDefault="00E61330" w:rsidP="00963C4F">
      <w:pPr>
        <w:ind w:left="1440"/>
        <w:rPr>
          <w:b/>
          <w:bCs/>
          <w:lang w:val="af-ZA"/>
        </w:rPr>
      </w:pPr>
      <w:r w:rsidRPr="008841D5">
        <w:rPr>
          <w:b/>
          <w:bCs/>
          <w:lang w:val="af-ZA"/>
        </w:rPr>
        <w:t xml:space="preserve">Genadegawes van die Gees — 1 </w:t>
      </w:r>
      <w:proofErr w:type="spellStart"/>
      <w:r w:rsidRPr="008841D5">
        <w:rPr>
          <w:b/>
          <w:bCs/>
          <w:lang w:val="af-ZA"/>
        </w:rPr>
        <w:t>Kor</w:t>
      </w:r>
      <w:proofErr w:type="spellEnd"/>
      <w:r w:rsidRPr="008841D5">
        <w:rPr>
          <w:b/>
          <w:bCs/>
          <w:lang w:val="af-ZA"/>
        </w:rPr>
        <w:t xml:space="preserve"> 12:7</w:t>
      </w:r>
    </w:p>
    <w:p w14:paraId="6C01DE13" w14:textId="77777777" w:rsidR="0014559B" w:rsidRPr="008841D5" w:rsidRDefault="00000000">
      <w:pPr>
        <w:spacing w:after="140"/>
        <w:ind w:left="461" w:right="216"/>
        <w:rPr>
          <w:lang w:val="af-ZA"/>
        </w:rPr>
      </w:pPr>
      <w:r w:rsidRPr="008841D5">
        <w:rPr>
          <w:i/>
          <w:lang w:val="af-ZA"/>
        </w:rPr>
        <w:t xml:space="preserve">5) en daar is verskeidenheid van </w:t>
      </w:r>
      <w:proofErr w:type="spellStart"/>
      <w:r w:rsidRPr="008841D5">
        <w:rPr>
          <w:i/>
          <w:lang w:val="af-ZA"/>
        </w:rPr>
        <w:t>bedieninge</w:t>
      </w:r>
      <w:proofErr w:type="spellEnd"/>
      <w:r w:rsidRPr="008841D5">
        <w:rPr>
          <w:i/>
          <w:lang w:val="af-ZA"/>
        </w:rPr>
        <w:t>, en tog is dit dieselfde Here;</w:t>
      </w:r>
    </w:p>
    <w:p w14:paraId="1EB15E70" w14:textId="40D8D608" w:rsidR="0014559B" w:rsidRPr="008841D5" w:rsidRDefault="002D317B" w:rsidP="00963C4F">
      <w:pPr>
        <w:ind w:left="1440"/>
        <w:rPr>
          <w:b/>
          <w:bCs/>
          <w:lang w:val="af-ZA"/>
        </w:rPr>
      </w:pPr>
      <w:r w:rsidRPr="008841D5">
        <w:rPr>
          <w:b/>
          <w:bCs/>
          <w:lang w:val="af-ZA"/>
        </w:rPr>
        <w:t xml:space="preserve">Toerustings gawes van Ef. 4:11-12 </w:t>
      </w:r>
    </w:p>
    <w:p w14:paraId="1580B8F2" w14:textId="77777777" w:rsidR="0014559B" w:rsidRPr="008841D5" w:rsidRDefault="00000000">
      <w:pPr>
        <w:spacing w:after="140"/>
        <w:ind w:left="461" w:right="216"/>
        <w:rPr>
          <w:lang w:val="af-ZA"/>
        </w:rPr>
      </w:pPr>
      <w:r w:rsidRPr="008841D5">
        <w:rPr>
          <w:i/>
          <w:lang w:val="af-ZA"/>
        </w:rPr>
        <w:t>6) en daar is verskeidenheid van werkinge, en tog is dit dieselfde God wat alles in almal werk.</w:t>
      </w:r>
    </w:p>
    <w:p w14:paraId="0643CF9E" w14:textId="1710E89A" w:rsidR="0014559B" w:rsidRPr="008841D5" w:rsidRDefault="00E61330" w:rsidP="00963C4F">
      <w:pPr>
        <w:ind w:left="1440"/>
        <w:rPr>
          <w:b/>
          <w:bCs/>
          <w:lang w:val="af-ZA"/>
        </w:rPr>
      </w:pPr>
      <w:r w:rsidRPr="008841D5">
        <w:rPr>
          <w:b/>
          <w:bCs/>
          <w:lang w:val="af-ZA"/>
        </w:rPr>
        <w:t>M</w:t>
      </w:r>
      <w:r w:rsidR="002D317B" w:rsidRPr="008841D5">
        <w:rPr>
          <w:b/>
          <w:bCs/>
          <w:lang w:val="af-ZA"/>
        </w:rPr>
        <w:t>otiverings gawes</w:t>
      </w:r>
      <w:r w:rsidRPr="008841D5">
        <w:rPr>
          <w:b/>
          <w:bCs/>
          <w:lang w:val="af-ZA"/>
        </w:rPr>
        <w:t xml:space="preserve"> van Rom. 12:6-8.</w:t>
      </w:r>
    </w:p>
    <w:p w14:paraId="7280A09C" w14:textId="77777777" w:rsidR="0014559B" w:rsidRPr="008841D5" w:rsidRDefault="00000000">
      <w:pPr>
        <w:spacing w:after="140"/>
        <w:ind w:left="461" w:right="216"/>
        <w:rPr>
          <w:lang w:val="af-ZA"/>
        </w:rPr>
      </w:pPr>
      <w:r w:rsidRPr="008841D5">
        <w:rPr>
          <w:i/>
          <w:lang w:val="af-ZA"/>
        </w:rPr>
        <w:t>7) Maar aan elkeen word die openbaring van die Gees gegee met die oog op wat nuttig is.</w:t>
      </w:r>
    </w:p>
    <w:p w14:paraId="4B9E7410" w14:textId="77777777" w:rsidR="0014559B" w:rsidRPr="008841D5" w:rsidRDefault="00000000">
      <w:pPr>
        <w:spacing w:after="140"/>
        <w:ind w:left="461" w:right="216"/>
        <w:rPr>
          <w:lang w:val="af-ZA"/>
        </w:rPr>
      </w:pPr>
      <w:r w:rsidRPr="008841D5">
        <w:rPr>
          <w:i/>
          <w:lang w:val="af-ZA"/>
        </w:rPr>
        <w:t>8) Want aan die een word deur die Gees ’n woord van wysheid gegee, en aan die ander ’n woord van kennis vanweë dieselfde Gees; 9) aan ’n ander weer geloof deur dieselfde Gees, en aan ’n ander genadegawes van gesondmaking deur dieselfde Gees; 10) aan ’n ander werkinge van kragte, aan ’n ander profesie, aan ’n ander onderskeiding van die geeste, aan ’n ander allerhande tale, aan ’n ander uitleg van tale.</w:t>
      </w:r>
    </w:p>
    <w:p w14:paraId="18D7592A" w14:textId="77777777" w:rsidR="0014559B" w:rsidRPr="008841D5" w:rsidRDefault="00000000">
      <w:pPr>
        <w:spacing w:after="140"/>
        <w:ind w:left="461" w:right="216"/>
        <w:rPr>
          <w:lang w:val="af-ZA"/>
        </w:rPr>
      </w:pPr>
      <w:r w:rsidRPr="008841D5">
        <w:rPr>
          <w:i/>
          <w:lang w:val="af-ZA"/>
        </w:rPr>
        <w:t xml:space="preserve">11) Maar al hierdie dinge werk een en dieselfde Gees wat aan elkeen afsonderlik uitdeel </w:t>
      </w:r>
      <w:r w:rsidRPr="008841D5">
        <w:rPr>
          <w:b/>
          <w:bCs/>
          <w:i/>
          <w:lang w:val="af-ZA"/>
        </w:rPr>
        <w:t>soos Hy wil.</w:t>
      </w:r>
    </w:p>
    <w:p w14:paraId="78621AD0" w14:textId="77777777" w:rsidR="00E61330" w:rsidRPr="008841D5" w:rsidRDefault="00E61330">
      <w:pPr>
        <w:pStyle w:val="Heading1"/>
        <w:rPr>
          <w:lang w:val="af-ZA"/>
        </w:rPr>
      </w:pPr>
    </w:p>
    <w:p w14:paraId="299B2D4E" w14:textId="7EB81DF4" w:rsidR="0014559B" w:rsidRPr="008841D5" w:rsidRDefault="002D317B">
      <w:pPr>
        <w:pStyle w:val="Heading1"/>
        <w:rPr>
          <w:lang w:val="af-ZA"/>
        </w:rPr>
      </w:pPr>
      <w:r w:rsidRPr="008841D5">
        <w:rPr>
          <w:lang w:val="af-ZA"/>
        </w:rPr>
        <w:t>Groepering van die Heilige Gees se Gawes</w:t>
      </w:r>
    </w:p>
    <w:tbl>
      <w:tblPr>
        <w:tblStyle w:val="TableGrid"/>
        <w:tblW w:w="0" w:type="auto"/>
        <w:tblLayout w:type="fixed"/>
        <w:tblLook w:val="04A0" w:firstRow="1" w:lastRow="0" w:firstColumn="1" w:lastColumn="0" w:noHBand="0" w:noVBand="1"/>
      </w:tblPr>
      <w:tblGrid>
        <w:gridCol w:w="4896"/>
        <w:gridCol w:w="4896"/>
      </w:tblGrid>
      <w:tr w:rsidR="0014559B" w:rsidRPr="008841D5" w14:paraId="148743B6" w14:textId="77777777">
        <w:tc>
          <w:tcPr>
            <w:tcW w:w="4896" w:type="dxa"/>
            <w:shd w:val="clear" w:color="auto" w:fill="E8EEF5"/>
            <w:tcMar>
              <w:top w:w="70" w:type="dxa"/>
              <w:left w:w="110" w:type="dxa"/>
              <w:bottom w:w="70" w:type="dxa"/>
              <w:right w:w="110" w:type="dxa"/>
            </w:tcMar>
            <w:vAlign w:val="center"/>
          </w:tcPr>
          <w:p w14:paraId="4125C97A" w14:textId="77777777" w:rsidR="0014559B" w:rsidRPr="008841D5" w:rsidRDefault="00000000">
            <w:pPr>
              <w:spacing w:after="0"/>
              <w:rPr>
                <w:lang w:val="af-ZA"/>
              </w:rPr>
            </w:pPr>
            <w:r w:rsidRPr="008841D5">
              <w:rPr>
                <w:b/>
                <w:lang w:val="af-ZA"/>
              </w:rPr>
              <w:t>Item</w:t>
            </w:r>
          </w:p>
        </w:tc>
        <w:tc>
          <w:tcPr>
            <w:tcW w:w="4896" w:type="dxa"/>
            <w:shd w:val="clear" w:color="auto" w:fill="E8EEF5"/>
            <w:tcMar>
              <w:top w:w="70" w:type="dxa"/>
              <w:left w:w="110" w:type="dxa"/>
              <w:bottom w:w="70" w:type="dxa"/>
              <w:right w:w="110" w:type="dxa"/>
            </w:tcMar>
            <w:vAlign w:val="center"/>
          </w:tcPr>
          <w:p w14:paraId="61AF1360" w14:textId="77777777" w:rsidR="0014559B" w:rsidRPr="008841D5" w:rsidRDefault="00000000">
            <w:pPr>
              <w:spacing w:after="0"/>
              <w:rPr>
                <w:lang w:val="af-ZA"/>
              </w:rPr>
            </w:pPr>
            <w:r w:rsidRPr="008841D5">
              <w:rPr>
                <w:b/>
                <w:lang w:val="af-ZA"/>
              </w:rPr>
              <w:t>Skrifverwysing</w:t>
            </w:r>
          </w:p>
        </w:tc>
      </w:tr>
      <w:tr w:rsidR="0014559B" w:rsidRPr="008841D5" w14:paraId="54D6ACC1" w14:textId="77777777">
        <w:tc>
          <w:tcPr>
            <w:tcW w:w="4600" w:type="dxa"/>
            <w:tcMar>
              <w:top w:w="70" w:type="dxa"/>
              <w:left w:w="110" w:type="dxa"/>
              <w:bottom w:w="70" w:type="dxa"/>
              <w:right w:w="110" w:type="dxa"/>
            </w:tcMar>
            <w:vAlign w:val="center"/>
          </w:tcPr>
          <w:p w14:paraId="243D5DEF" w14:textId="0E204553" w:rsidR="0014559B" w:rsidRPr="008841D5" w:rsidRDefault="00CA36F8">
            <w:pPr>
              <w:spacing w:after="0"/>
              <w:rPr>
                <w:lang w:val="af-ZA"/>
              </w:rPr>
            </w:pPr>
            <w:r w:rsidRPr="008841D5">
              <w:rPr>
                <w:lang w:val="af-ZA"/>
              </w:rPr>
              <w:t xml:space="preserve">Gawes wat iets </w:t>
            </w:r>
            <w:r w:rsidRPr="008841D5">
              <w:rPr>
                <w:b/>
                <w:bCs/>
                <w:lang w:val="af-ZA"/>
              </w:rPr>
              <w:t>OPENBAAR</w:t>
            </w:r>
            <w:r w:rsidRPr="008841D5">
              <w:rPr>
                <w:lang w:val="af-ZA"/>
              </w:rPr>
              <w:t xml:space="preserve"> - (</w:t>
            </w:r>
            <w:proofErr w:type="spellStart"/>
            <w:r w:rsidRPr="008841D5">
              <w:rPr>
                <w:lang w:val="af-ZA"/>
              </w:rPr>
              <w:t>revelation</w:t>
            </w:r>
            <w:proofErr w:type="spellEnd"/>
            <w:r w:rsidRPr="008841D5">
              <w:rPr>
                <w:lang w:val="af-ZA"/>
              </w:rPr>
              <w:t>)</w:t>
            </w:r>
          </w:p>
        </w:tc>
        <w:tc>
          <w:tcPr>
            <w:tcW w:w="4760" w:type="dxa"/>
            <w:tcMar>
              <w:top w:w="70" w:type="dxa"/>
              <w:left w:w="110" w:type="dxa"/>
              <w:bottom w:w="70" w:type="dxa"/>
              <w:right w:w="110" w:type="dxa"/>
            </w:tcMar>
            <w:vAlign w:val="center"/>
          </w:tcPr>
          <w:p w14:paraId="614951DE" w14:textId="77777777" w:rsidR="0014559B" w:rsidRPr="008841D5" w:rsidRDefault="00000000">
            <w:pPr>
              <w:spacing w:after="0"/>
              <w:rPr>
                <w:lang w:val="af-ZA"/>
              </w:rPr>
            </w:pPr>
            <w:r w:rsidRPr="008841D5">
              <w:rPr>
                <w:lang w:val="af-ZA"/>
              </w:rPr>
              <w:t>Woord van kennis, woord van wysheid, onderskeiding van geeste.</w:t>
            </w:r>
          </w:p>
        </w:tc>
      </w:tr>
      <w:tr w:rsidR="0014559B" w:rsidRPr="008841D5" w14:paraId="27B9B712" w14:textId="77777777">
        <w:tc>
          <w:tcPr>
            <w:tcW w:w="4600" w:type="dxa"/>
            <w:tcMar>
              <w:top w:w="70" w:type="dxa"/>
              <w:left w:w="110" w:type="dxa"/>
              <w:bottom w:w="70" w:type="dxa"/>
              <w:right w:w="110" w:type="dxa"/>
            </w:tcMar>
            <w:vAlign w:val="center"/>
          </w:tcPr>
          <w:p w14:paraId="4AAE52A9" w14:textId="41932E5C" w:rsidR="0014559B" w:rsidRPr="008841D5" w:rsidRDefault="00CA36F8">
            <w:pPr>
              <w:spacing w:after="0"/>
              <w:rPr>
                <w:lang w:val="af-ZA"/>
              </w:rPr>
            </w:pPr>
            <w:r w:rsidRPr="008841D5">
              <w:rPr>
                <w:lang w:val="af-ZA"/>
              </w:rPr>
              <w:t xml:space="preserve">Gawes wat iets </w:t>
            </w:r>
            <w:r w:rsidRPr="008841D5">
              <w:rPr>
                <w:b/>
                <w:bCs/>
                <w:lang w:val="af-ZA"/>
              </w:rPr>
              <w:t>Sê</w:t>
            </w:r>
            <w:r w:rsidRPr="008841D5">
              <w:rPr>
                <w:lang w:val="af-ZA"/>
              </w:rPr>
              <w:t xml:space="preserve"> - (</w:t>
            </w:r>
            <w:proofErr w:type="spellStart"/>
            <w:r w:rsidRPr="008841D5">
              <w:rPr>
                <w:lang w:val="af-ZA"/>
              </w:rPr>
              <w:t>inspirational</w:t>
            </w:r>
            <w:proofErr w:type="spellEnd"/>
            <w:r w:rsidRPr="008841D5">
              <w:rPr>
                <w:lang w:val="af-ZA"/>
              </w:rPr>
              <w:t xml:space="preserve"> </w:t>
            </w:r>
            <w:proofErr w:type="spellStart"/>
            <w:r w:rsidRPr="008841D5">
              <w:rPr>
                <w:lang w:val="af-ZA"/>
              </w:rPr>
              <w:t>or</w:t>
            </w:r>
            <w:proofErr w:type="spellEnd"/>
            <w:r w:rsidRPr="008841D5">
              <w:rPr>
                <w:lang w:val="af-ZA"/>
              </w:rPr>
              <w:t xml:space="preserve"> </w:t>
            </w:r>
            <w:proofErr w:type="spellStart"/>
            <w:r w:rsidRPr="008841D5">
              <w:rPr>
                <w:lang w:val="af-ZA"/>
              </w:rPr>
              <w:t>vocal</w:t>
            </w:r>
            <w:proofErr w:type="spellEnd"/>
            <w:r w:rsidRPr="008841D5">
              <w:rPr>
                <w:lang w:val="af-ZA"/>
              </w:rPr>
              <w:t xml:space="preserve"> </w:t>
            </w:r>
            <w:proofErr w:type="spellStart"/>
            <w:r w:rsidRPr="008841D5">
              <w:rPr>
                <w:lang w:val="af-ZA"/>
              </w:rPr>
              <w:t>gifts</w:t>
            </w:r>
            <w:proofErr w:type="spellEnd"/>
            <w:r w:rsidRPr="008841D5">
              <w:rPr>
                <w:lang w:val="af-ZA"/>
              </w:rPr>
              <w:t>)</w:t>
            </w:r>
          </w:p>
        </w:tc>
        <w:tc>
          <w:tcPr>
            <w:tcW w:w="4760" w:type="dxa"/>
            <w:tcMar>
              <w:top w:w="70" w:type="dxa"/>
              <w:left w:w="110" w:type="dxa"/>
              <w:bottom w:w="70" w:type="dxa"/>
              <w:right w:w="110" w:type="dxa"/>
            </w:tcMar>
            <w:vAlign w:val="center"/>
          </w:tcPr>
          <w:p w14:paraId="1CA6027A" w14:textId="5C093705" w:rsidR="0014559B" w:rsidRPr="008841D5" w:rsidRDefault="00000000">
            <w:pPr>
              <w:spacing w:after="0"/>
              <w:rPr>
                <w:lang w:val="af-ZA"/>
              </w:rPr>
            </w:pPr>
            <w:r w:rsidRPr="008841D5">
              <w:rPr>
                <w:lang w:val="af-ZA"/>
              </w:rPr>
              <w:t xml:space="preserve">Profesie, allerhande tale, </w:t>
            </w:r>
            <w:r w:rsidR="00742A10" w:rsidRPr="008841D5">
              <w:rPr>
                <w:lang w:val="af-ZA"/>
              </w:rPr>
              <w:t>uitleg van tale</w:t>
            </w:r>
            <w:r w:rsidRPr="008841D5">
              <w:rPr>
                <w:lang w:val="af-ZA"/>
              </w:rPr>
              <w:t>.</w:t>
            </w:r>
          </w:p>
        </w:tc>
      </w:tr>
      <w:tr w:rsidR="0014559B" w:rsidRPr="008841D5" w14:paraId="520A7C08" w14:textId="77777777">
        <w:tc>
          <w:tcPr>
            <w:tcW w:w="4600" w:type="dxa"/>
            <w:tcMar>
              <w:top w:w="70" w:type="dxa"/>
              <w:left w:w="110" w:type="dxa"/>
              <w:bottom w:w="70" w:type="dxa"/>
              <w:right w:w="110" w:type="dxa"/>
            </w:tcMar>
            <w:vAlign w:val="center"/>
          </w:tcPr>
          <w:p w14:paraId="1AB10296" w14:textId="5C845327" w:rsidR="0014559B" w:rsidRPr="008841D5" w:rsidRDefault="00CA36F8">
            <w:pPr>
              <w:spacing w:after="0"/>
              <w:rPr>
                <w:lang w:val="af-ZA"/>
              </w:rPr>
            </w:pPr>
            <w:r w:rsidRPr="008841D5">
              <w:rPr>
                <w:lang w:val="af-ZA"/>
              </w:rPr>
              <w:t xml:space="preserve">Gawes wat iets </w:t>
            </w:r>
            <w:r w:rsidRPr="008841D5">
              <w:rPr>
                <w:b/>
                <w:bCs/>
                <w:lang w:val="af-ZA"/>
              </w:rPr>
              <w:t>DOEN</w:t>
            </w:r>
            <w:r w:rsidRPr="008841D5">
              <w:rPr>
                <w:lang w:val="af-ZA"/>
              </w:rPr>
              <w:t xml:space="preserve"> - (power </w:t>
            </w:r>
            <w:proofErr w:type="spellStart"/>
            <w:r w:rsidRPr="008841D5">
              <w:rPr>
                <w:lang w:val="af-ZA"/>
              </w:rPr>
              <w:t>gifts</w:t>
            </w:r>
            <w:proofErr w:type="spellEnd"/>
            <w:r w:rsidRPr="008841D5">
              <w:rPr>
                <w:lang w:val="af-ZA"/>
              </w:rPr>
              <w:t>)</w:t>
            </w:r>
          </w:p>
        </w:tc>
        <w:tc>
          <w:tcPr>
            <w:tcW w:w="4760" w:type="dxa"/>
            <w:tcMar>
              <w:top w:w="70" w:type="dxa"/>
              <w:left w:w="110" w:type="dxa"/>
              <w:bottom w:w="70" w:type="dxa"/>
              <w:right w:w="110" w:type="dxa"/>
            </w:tcMar>
            <w:vAlign w:val="center"/>
          </w:tcPr>
          <w:p w14:paraId="13BCEE31" w14:textId="77777777" w:rsidR="0014559B" w:rsidRPr="008841D5" w:rsidRDefault="00000000">
            <w:pPr>
              <w:spacing w:after="0"/>
              <w:rPr>
                <w:lang w:val="af-ZA"/>
              </w:rPr>
            </w:pPr>
            <w:r w:rsidRPr="008841D5">
              <w:rPr>
                <w:lang w:val="af-ZA"/>
              </w:rPr>
              <w:t>Geloof, gesondmaking, werking van kragte.</w:t>
            </w:r>
          </w:p>
        </w:tc>
      </w:tr>
    </w:tbl>
    <w:p w14:paraId="403D21D1" w14:textId="77777777" w:rsidR="000407B6" w:rsidRPr="008841D5" w:rsidRDefault="000407B6">
      <w:pPr>
        <w:pStyle w:val="Heading2"/>
        <w:rPr>
          <w:lang w:val="af-ZA"/>
        </w:rPr>
      </w:pPr>
    </w:p>
    <w:p w14:paraId="37501739" w14:textId="77777777" w:rsidR="000407B6" w:rsidRPr="008841D5" w:rsidRDefault="000407B6">
      <w:pPr>
        <w:spacing w:after="200" w:line="276" w:lineRule="auto"/>
        <w:rPr>
          <w:rFonts w:asciiTheme="majorHAnsi" w:eastAsiaTheme="majorEastAsia" w:hAnsiTheme="majorHAnsi" w:cstheme="majorBidi"/>
          <w:b/>
          <w:bCs/>
          <w:color w:val="1F4D78"/>
          <w:sz w:val="26"/>
          <w:szCs w:val="26"/>
          <w:lang w:val="af-ZA"/>
        </w:rPr>
      </w:pPr>
      <w:r w:rsidRPr="008841D5">
        <w:rPr>
          <w:lang w:val="af-ZA"/>
        </w:rPr>
        <w:br w:type="page"/>
      </w:r>
    </w:p>
    <w:p w14:paraId="20084BDF" w14:textId="04471DD5" w:rsidR="0014559B" w:rsidRPr="008841D5" w:rsidRDefault="00000000">
      <w:pPr>
        <w:pStyle w:val="Heading2"/>
        <w:rPr>
          <w:lang w:val="af-ZA"/>
        </w:rPr>
      </w:pPr>
      <w:r w:rsidRPr="008841D5">
        <w:rPr>
          <w:lang w:val="af-ZA"/>
        </w:rPr>
        <w:lastRenderedPageBreak/>
        <w:t>Woord van Kennis</w:t>
      </w:r>
    </w:p>
    <w:p w14:paraId="6D0A6106" w14:textId="77777777" w:rsidR="00742A10" w:rsidRPr="008841D5" w:rsidRDefault="009763DB" w:rsidP="00742A10">
      <w:pPr>
        <w:rPr>
          <w:lang w:val="af-ZA"/>
        </w:rPr>
      </w:pPr>
      <w:r w:rsidRPr="008841D5">
        <w:rPr>
          <w:b/>
          <w:bCs/>
          <w:lang w:val="af-ZA"/>
        </w:rPr>
        <w:t>Definisie:</w:t>
      </w:r>
      <w:r w:rsidRPr="008841D5">
        <w:rPr>
          <w:lang w:val="af-ZA"/>
        </w:rPr>
        <w:t xml:space="preserve"> </w:t>
      </w:r>
      <w:r w:rsidR="00742A10" w:rsidRPr="008841D5">
        <w:rPr>
          <w:lang w:val="af-ZA"/>
        </w:rPr>
        <w:t>Is wanneer jy bonatuurlik inligting of feite oor 'n persoon of situasie ontvang wat die hede of die verlede betref deur die inspirasie van die Heilige Gees.</w:t>
      </w:r>
    </w:p>
    <w:p w14:paraId="0BA066C2" w14:textId="77777777" w:rsidR="00742A10" w:rsidRPr="008841D5" w:rsidRDefault="00742A10" w:rsidP="00742A10">
      <w:pPr>
        <w:rPr>
          <w:b/>
          <w:bCs/>
          <w:lang w:val="af-ZA"/>
        </w:rPr>
      </w:pPr>
      <w:r w:rsidRPr="008841D5">
        <w:rPr>
          <w:b/>
          <w:bCs/>
          <w:lang w:val="af-ZA"/>
        </w:rPr>
        <w:t>Hemelse diagnose van ’n probleem.</w:t>
      </w:r>
    </w:p>
    <w:p w14:paraId="15C964D3" w14:textId="77777777" w:rsidR="00442811" w:rsidRPr="008841D5" w:rsidRDefault="00442811" w:rsidP="009763DB">
      <w:pPr>
        <w:rPr>
          <w:lang w:val="af-ZA"/>
        </w:rPr>
      </w:pPr>
    </w:p>
    <w:tbl>
      <w:tblPr>
        <w:tblStyle w:val="TableGrid"/>
        <w:tblW w:w="0" w:type="auto"/>
        <w:tblLayout w:type="fixed"/>
        <w:tblLook w:val="04A0" w:firstRow="1" w:lastRow="0" w:firstColumn="1" w:lastColumn="0" w:noHBand="0" w:noVBand="1"/>
      </w:tblPr>
      <w:tblGrid>
        <w:gridCol w:w="4608"/>
        <w:gridCol w:w="4608"/>
      </w:tblGrid>
      <w:tr w:rsidR="009763DB" w:rsidRPr="008841D5" w14:paraId="15049B3C" w14:textId="77777777" w:rsidTr="00A15D6F">
        <w:tc>
          <w:tcPr>
            <w:tcW w:w="4608" w:type="dxa"/>
            <w:shd w:val="clear" w:color="auto" w:fill="E8EEF5"/>
          </w:tcPr>
          <w:p w14:paraId="237693FE" w14:textId="77777777" w:rsidR="009763DB" w:rsidRPr="008841D5" w:rsidRDefault="009763DB" w:rsidP="00A15D6F">
            <w:pPr>
              <w:spacing w:after="0"/>
              <w:rPr>
                <w:lang w:val="af-ZA"/>
              </w:rPr>
            </w:pPr>
            <w:r w:rsidRPr="008841D5">
              <w:rPr>
                <w:b/>
                <w:lang w:val="af-ZA"/>
              </w:rPr>
              <w:t>Item</w:t>
            </w:r>
          </w:p>
        </w:tc>
        <w:tc>
          <w:tcPr>
            <w:tcW w:w="4608" w:type="dxa"/>
            <w:shd w:val="clear" w:color="auto" w:fill="E8EEF5"/>
          </w:tcPr>
          <w:p w14:paraId="171829B4" w14:textId="77777777" w:rsidR="009763DB" w:rsidRPr="008841D5" w:rsidRDefault="009763DB" w:rsidP="00A15D6F">
            <w:pPr>
              <w:spacing w:after="0"/>
              <w:rPr>
                <w:lang w:val="af-ZA"/>
              </w:rPr>
            </w:pPr>
            <w:r w:rsidRPr="008841D5">
              <w:rPr>
                <w:b/>
                <w:lang w:val="af-ZA"/>
              </w:rPr>
              <w:t>Skrifverwysing</w:t>
            </w:r>
          </w:p>
        </w:tc>
      </w:tr>
      <w:tr w:rsidR="009763DB" w:rsidRPr="008841D5" w14:paraId="0F76AE49" w14:textId="77777777" w:rsidTr="00A15D6F">
        <w:tc>
          <w:tcPr>
            <w:tcW w:w="4608" w:type="dxa"/>
          </w:tcPr>
          <w:p w14:paraId="6CC41327" w14:textId="77777777" w:rsidR="009763DB" w:rsidRPr="008841D5" w:rsidRDefault="009763DB" w:rsidP="00A15D6F">
            <w:pPr>
              <w:spacing w:after="0"/>
              <w:rPr>
                <w:lang w:val="af-ZA"/>
              </w:rPr>
            </w:pPr>
            <w:proofErr w:type="spellStart"/>
            <w:r w:rsidRPr="008841D5">
              <w:rPr>
                <w:lang w:val="af-ZA"/>
              </w:rPr>
              <w:t>Natánael</w:t>
            </w:r>
            <w:proofErr w:type="spellEnd"/>
            <w:r w:rsidRPr="008841D5">
              <w:rPr>
                <w:lang w:val="af-ZA"/>
              </w:rPr>
              <w:t xml:space="preserve"> - geen bedrog</w:t>
            </w:r>
          </w:p>
        </w:tc>
        <w:tc>
          <w:tcPr>
            <w:tcW w:w="4608" w:type="dxa"/>
          </w:tcPr>
          <w:p w14:paraId="391FAE83" w14:textId="77777777" w:rsidR="009763DB" w:rsidRPr="008841D5" w:rsidRDefault="009763DB" w:rsidP="00A15D6F">
            <w:pPr>
              <w:spacing w:after="0"/>
              <w:rPr>
                <w:lang w:val="af-ZA"/>
              </w:rPr>
            </w:pPr>
            <w:r w:rsidRPr="008841D5">
              <w:rPr>
                <w:lang w:val="af-ZA"/>
              </w:rPr>
              <w:t>Joh. 1:44-51</w:t>
            </w:r>
          </w:p>
        </w:tc>
      </w:tr>
      <w:tr w:rsidR="00712B23" w:rsidRPr="008841D5" w14:paraId="6C62324F" w14:textId="77777777" w:rsidTr="008536C9">
        <w:tc>
          <w:tcPr>
            <w:tcW w:w="9216" w:type="dxa"/>
            <w:gridSpan w:val="2"/>
          </w:tcPr>
          <w:p w14:paraId="6F1B5F44" w14:textId="77777777" w:rsidR="00712B23" w:rsidRPr="008841D5" w:rsidRDefault="00712B23" w:rsidP="00712B23">
            <w:pPr>
              <w:spacing w:after="60"/>
              <w:ind w:left="461" w:right="216"/>
              <w:rPr>
                <w:lang w:val="af-ZA"/>
              </w:rPr>
            </w:pPr>
            <w:r w:rsidRPr="008841D5">
              <w:rPr>
                <w:i/>
                <w:lang w:val="af-ZA"/>
              </w:rPr>
              <w:t xml:space="preserve">Die volgende dag wou Jesus na </w:t>
            </w:r>
            <w:proofErr w:type="spellStart"/>
            <w:r w:rsidRPr="008841D5">
              <w:rPr>
                <w:i/>
                <w:lang w:val="af-ZA"/>
              </w:rPr>
              <w:t>Galiléa</w:t>
            </w:r>
            <w:proofErr w:type="spellEnd"/>
            <w:r w:rsidRPr="008841D5">
              <w:rPr>
                <w:i/>
                <w:lang w:val="af-ZA"/>
              </w:rPr>
              <w:t xml:space="preserve"> vertrek; en Hy het Filippus gekry en vir hom gesê: Volg My.</w:t>
            </w:r>
          </w:p>
          <w:p w14:paraId="49982925" w14:textId="0C42A9BC" w:rsidR="00712B23" w:rsidRPr="008841D5" w:rsidRDefault="00712B23" w:rsidP="00712B23">
            <w:pPr>
              <w:spacing w:after="60"/>
              <w:ind w:left="461" w:right="216"/>
              <w:rPr>
                <w:lang w:val="af-ZA"/>
              </w:rPr>
            </w:pPr>
            <w:r w:rsidRPr="008841D5">
              <w:rPr>
                <w:i/>
                <w:lang w:val="af-ZA"/>
              </w:rPr>
              <w:t xml:space="preserve">En Filippus was van </w:t>
            </w:r>
            <w:proofErr w:type="spellStart"/>
            <w:r w:rsidRPr="008841D5">
              <w:rPr>
                <w:i/>
                <w:lang w:val="af-ZA"/>
              </w:rPr>
              <w:t>Betsáida</w:t>
            </w:r>
            <w:proofErr w:type="spellEnd"/>
            <w:r w:rsidRPr="008841D5">
              <w:rPr>
                <w:i/>
                <w:lang w:val="af-ZA"/>
              </w:rPr>
              <w:t xml:space="preserve">, uit die stad van </w:t>
            </w:r>
            <w:proofErr w:type="spellStart"/>
            <w:r w:rsidRPr="008841D5">
              <w:rPr>
                <w:i/>
                <w:lang w:val="af-ZA"/>
              </w:rPr>
              <w:t>Andréas</w:t>
            </w:r>
            <w:proofErr w:type="spellEnd"/>
            <w:r w:rsidRPr="008841D5">
              <w:rPr>
                <w:i/>
                <w:lang w:val="af-ZA"/>
              </w:rPr>
              <w:t xml:space="preserve"> en Petrus.</w:t>
            </w:r>
            <w:r w:rsidR="00E61330" w:rsidRPr="008841D5">
              <w:rPr>
                <w:i/>
                <w:lang w:val="af-ZA"/>
              </w:rPr>
              <w:t xml:space="preserve"> </w:t>
            </w:r>
            <w:r w:rsidRPr="008841D5">
              <w:rPr>
                <w:i/>
                <w:lang w:val="af-ZA"/>
              </w:rPr>
              <w:t xml:space="preserve">Filippus het </w:t>
            </w:r>
            <w:proofErr w:type="spellStart"/>
            <w:r w:rsidRPr="008841D5">
              <w:rPr>
                <w:i/>
                <w:lang w:val="af-ZA"/>
              </w:rPr>
              <w:t>Natánael</w:t>
            </w:r>
            <w:proofErr w:type="spellEnd"/>
            <w:r w:rsidRPr="008841D5">
              <w:rPr>
                <w:i/>
                <w:lang w:val="af-ZA"/>
              </w:rPr>
              <w:t xml:space="preserve"> gekry en vir hom gesê: Ons het Hom gevind van wie Moses in die wet en ook die profete geskrywe het: Jesus, die seun van Josef van </w:t>
            </w:r>
            <w:proofErr w:type="spellStart"/>
            <w:r w:rsidRPr="008841D5">
              <w:rPr>
                <w:i/>
                <w:lang w:val="af-ZA"/>
              </w:rPr>
              <w:t>Násaret</w:t>
            </w:r>
            <w:proofErr w:type="spellEnd"/>
            <w:r w:rsidRPr="008841D5">
              <w:rPr>
                <w:i/>
                <w:lang w:val="af-ZA"/>
              </w:rPr>
              <w:t>.</w:t>
            </w:r>
            <w:r w:rsidR="00E61330" w:rsidRPr="008841D5">
              <w:rPr>
                <w:i/>
                <w:lang w:val="af-ZA"/>
              </w:rPr>
              <w:t xml:space="preserve"> </w:t>
            </w:r>
            <w:r w:rsidRPr="008841D5">
              <w:rPr>
                <w:i/>
                <w:lang w:val="af-ZA"/>
              </w:rPr>
              <w:t xml:space="preserve">En </w:t>
            </w:r>
            <w:proofErr w:type="spellStart"/>
            <w:r w:rsidRPr="008841D5">
              <w:rPr>
                <w:i/>
                <w:lang w:val="af-ZA"/>
              </w:rPr>
              <w:t>Natánael</w:t>
            </w:r>
            <w:proofErr w:type="spellEnd"/>
            <w:r w:rsidRPr="008841D5">
              <w:rPr>
                <w:i/>
                <w:lang w:val="af-ZA"/>
              </w:rPr>
              <w:t xml:space="preserve"> sê vir hom: Kan daar uit </w:t>
            </w:r>
            <w:proofErr w:type="spellStart"/>
            <w:r w:rsidRPr="008841D5">
              <w:rPr>
                <w:i/>
                <w:lang w:val="af-ZA"/>
              </w:rPr>
              <w:t>Násaret</w:t>
            </w:r>
            <w:proofErr w:type="spellEnd"/>
            <w:r w:rsidRPr="008841D5">
              <w:rPr>
                <w:i/>
                <w:lang w:val="af-ZA"/>
              </w:rPr>
              <w:t xml:space="preserve"> iets goeds wees? Filippus antwoord hom: Kom kyk.</w:t>
            </w:r>
          </w:p>
          <w:p w14:paraId="11224FF5" w14:textId="6DA35599" w:rsidR="00712B23" w:rsidRPr="008841D5" w:rsidRDefault="00712B23" w:rsidP="00E61330">
            <w:pPr>
              <w:spacing w:after="60"/>
              <w:ind w:left="461" w:right="216"/>
              <w:rPr>
                <w:lang w:val="af-ZA"/>
              </w:rPr>
            </w:pPr>
            <w:r w:rsidRPr="008841D5">
              <w:rPr>
                <w:i/>
                <w:lang w:val="af-ZA"/>
              </w:rPr>
              <w:t xml:space="preserve">Daarop sien Jesus </w:t>
            </w:r>
            <w:proofErr w:type="spellStart"/>
            <w:r w:rsidRPr="008841D5">
              <w:rPr>
                <w:i/>
                <w:lang w:val="af-ZA"/>
              </w:rPr>
              <w:t>Natánael</w:t>
            </w:r>
            <w:proofErr w:type="spellEnd"/>
            <w:r w:rsidRPr="008841D5">
              <w:rPr>
                <w:i/>
                <w:lang w:val="af-ZA"/>
              </w:rPr>
              <w:t xml:space="preserve"> na Hom toe kom en sê van hom: </w:t>
            </w:r>
            <w:r w:rsidRPr="008841D5">
              <w:rPr>
                <w:b/>
                <w:bCs/>
                <w:i/>
                <w:lang w:val="af-ZA"/>
              </w:rPr>
              <w:t>Hier is waarlik ’n Israeliet in wie daar geen bedrog is nie</w:t>
            </w:r>
            <w:r w:rsidRPr="008841D5">
              <w:rPr>
                <w:i/>
                <w:lang w:val="af-ZA"/>
              </w:rPr>
              <w:t>.</w:t>
            </w:r>
            <w:r w:rsidR="00E61330" w:rsidRPr="008841D5">
              <w:rPr>
                <w:i/>
                <w:lang w:val="af-ZA"/>
              </w:rPr>
              <w:t xml:space="preserve"> </w:t>
            </w:r>
            <w:proofErr w:type="spellStart"/>
            <w:r w:rsidRPr="008841D5">
              <w:rPr>
                <w:i/>
                <w:lang w:val="af-ZA"/>
              </w:rPr>
              <w:t>Natánael</w:t>
            </w:r>
            <w:proofErr w:type="spellEnd"/>
            <w:r w:rsidRPr="008841D5">
              <w:rPr>
                <w:i/>
                <w:lang w:val="af-ZA"/>
              </w:rPr>
              <w:t xml:space="preserve"> sê vir Hom: Waarvandaan ken U my? Jesus antwoord en sê vir hom: Voordat Filippus jou geroep het toe jy onder die vyeboom was, het Ek jou gesien.</w:t>
            </w:r>
            <w:r w:rsidR="00E61330" w:rsidRPr="008841D5">
              <w:rPr>
                <w:i/>
                <w:lang w:val="af-ZA"/>
              </w:rPr>
              <w:t xml:space="preserve"> </w:t>
            </w:r>
            <w:proofErr w:type="spellStart"/>
            <w:r w:rsidRPr="008841D5">
              <w:rPr>
                <w:i/>
                <w:lang w:val="af-ZA"/>
              </w:rPr>
              <w:t>Natánael</w:t>
            </w:r>
            <w:proofErr w:type="spellEnd"/>
            <w:r w:rsidRPr="008841D5">
              <w:rPr>
                <w:i/>
                <w:lang w:val="af-ZA"/>
              </w:rPr>
              <w:t xml:space="preserve"> antwoord en sê vir Hom: Rabbi, U is die Seun van God, U is die Koning van Israel!</w:t>
            </w:r>
            <w:r w:rsidR="00E61330" w:rsidRPr="008841D5">
              <w:rPr>
                <w:i/>
                <w:lang w:val="af-ZA"/>
              </w:rPr>
              <w:t xml:space="preserve"> </w:t>
            </w:r>
            <w:r w:rsidRPr="008841D5">
              <w:rPr>
                <w:i/>
                <w:lang w:val="af-ZA"/>
              </w:rPr>
              <w:t>Jesus antwoord en sê vir hom: Glo jy omdat Ek vir jou gesê het: Ek het jou onder die vyeboom gesien? Jy sal groter dinge sien as dit.</w:t>
            </w:r>
          </w:p>
        </w:tc>
      </w:tr>
    </w:tbl>
    <w:p w14:paraId="6EED30E5" w14:textId="77777777" w:rsidR="009763DB" w:rsidRPr="008841D5" w:rsidRDefault="009763DB" w:rsidP="009763DB">
      <w:pPr>
        <w:spacing w:after="20"/>
        <w:rPr>
          <w:lang w:val="af-ZA"/>
        </w:rPr>
      </w:pPr>
    </w:p>
    <w:tbl>
      <w:tblPr>
        <w:tblStyle w:val="TableGrid"/>
        <w:tblW w:w="0" w:type="auto"/>
        <w:tblLayout w:type="fixed"/>
        <w:tblLook w:val="04A0" w:firstRow="1" w:lastRow="0" w:firstColumn="1" w:lastColumn="0" w:noHBand="0" w:noVBand="1"/>
      </w:tblPr>
      <w:tblGrid>
        <w:gridCol w:w="4608"/>
        <w:gridCol w:w="4608"/>
      </w:tblGrid>
      <w:tr w:rsidR="009763DB" w:rsidRPr="008841D5" w14:paraId="03DFCCBD" w14:textId="77777777" w:rsidTr="00A15D6F">
        <w:tc>
          <w:tcPr>
            <w:tcW w:w="4608" w:type="dxa"/>
            <w:shd w:val="clear" w:color="auto" w:fill="E8EEF5"/>
          </w:tcPr>
          <w:p w14:paraId="1C79C24C" w14:textId="77777777" w:rsidR="009763DB" w:rsidRPr="008841D5" w:rsidRDefault="009763DB" w:rsidP="00A15D6F">
            <w:pPr>
              <w:spacing w:after="0"/>
              <w:rPr>
                <w:lang w:val="af-ZA"/>
              </w:rPr>
            </w:pPr>
            <w:r w:rsidRPr="008841D5">
              <w:rPr>
                <w:b/>
                <w:lang w:val="af-ZA"/>
              </w:rPr>
              <w:t>Item</w:t>
            </w:r>
          </w:p>
        </w:tc>
        <w:tc>
          <w:tcPr>
            <w:tcW w:w="4608" w:type="dxa"/>
            <w:shd w:val="clear" w:color="auto" w:fill="E8EEF5"/>
          </w:tcPr>
          <w:p w14:paraId="061F8FE4" w14:textId="77777777" w:rsidR="009763DB" w:rsidRPr="008841D5" w:rsidRDefault="009763DB" w:rsidP="00A15D6F">
            <w:pPr>
              <w:spacing w:after="0"/>
              <w:rPr>
                <w:lang w:val="af-ZA"/>
              </w:rPr>
            </w:pPr>
            <w:r w:rsidRPr="008841D5">
              <w:rPr>
                <w:b/>
                <w:lang w:val="af-ZA"/>
              </w:rPr>
              <w:t>Skrifverwysing</w:t>
            </w:r>
          </w:p>
        </w:tc>
      </w:tr>
      <w:tr w:rsidR="009763DB" w:rsidRPr="008841D5" w14:paraId="272C25C2" w14:textId="77777777" w:rsidTr="00A15D6F">
        <w:tc>
          <w:tcPr>
            <w:tcW w:w="4608" w:type="dxa"/>
          </w:tcPr>
          <w:p w14:paraId="3BBE16E6" w14:textId="38631CD5" w:rsidR="009763DB" w:rsidRPr="008841D5" w:rsidRDefault="009763DB" w:rsidP="00A15D6F">
            <w:pPr>
              <w:spacing w:after="0"/>
              <w:rPr>
                <w:lang w:val="af-ZA"/>
              </w:rPr>
            </w:pPr>
            <w:proofErr w:type="spellStart"/>
            <w:r w:rsidRPr="008841D5">
              <w:rPr>
                <w:lang w:val="af-ZA"/>
              </w:rPr>
              <w:t>Ananías</w:t>
            </w:r>
            <w:proofErr w:type="spellEnd"/>
            <w:r w:rsidR="00E61330" w:rsidRPr="008841D5">
              <w:rPr>
                <w:lang w:val="af-ZA"/>
              </w:rPr>
              <w:t xml:space="preserve"> en </w:t>
            </w:r>
            <w:proofErr w:type="spellStart"/>
            <w:r w:rsidR="00E61330" w:rsidRPr="008841D5">
              <w:rPr>
                <w:lang w:val="af-ZA"/>
              </w:rPr>
              <w:t>Saulis</w:t>
            </w:r>
            <w:proofErr w:type="spellEnd"/>
          </w:p>
        </w:tc>
        <w:tc>
          <w:tcPr>
            <w:tcW w:w="4608" w:type="dxa"/>
          </w:tcPr>
          <w:p w14:paraId="06813DCA" w14:textId="77777777" w:rsidR="009763DB" w:rsidRPr="008841D5" w:rsidRDefault="009763DB" w:rsidP="00A15D6F">
            <w:pPr>
              <w:spacing w:after="0"/>
              <w:rPr>
                <w:lang w:val="af-ZA"/>
              </w:rPr>
            </w:pPr>
            <w:r w:rsidRPr="008841D5">
              <w:rPr>
                <w:lang w:val="af-ZA"/>
              </w:rPr>
              <w:t>Hand. 9:10-12</w:t>
            </w:r>
          </w:p>
        </w:tc>
      </w:tr>
      <w:tr w:rsidR="00712B23" w:rsidRPr="008841D5" w14:paraId="381C8477" w14:textId="77777777" w:rsidTr="00F67059">
        <w:tc>
          <w:tcPr>
            <w:tcW w:w="9216" w:type="dxa"/>
            <w:gridSpan w:val="2"/>
          </w:tcPr>
          <w:p w14:paraId="3DBA88BD" w14:textId="4CB5CBDD" w:rsidR="00712B23" w:rsidRPr="008841D5" w:rsidRDefault="00712B23" w:rsidP="00712B23">
            <w:pPr>
              <w:spacing w:after="60"/>
              <w:ind w:left="461" w:right="216"/>
              <w:rPr>
                <w:lang w:val="af-ZA"/>
              </w:rPr>
            </w:pPr>
            <w:r w:rsidRPr="008841D5">
              <w:rPr>
                <w:i/>
                <w:lang w:val="af-ZA"/>
              </w:rPr>
              <w:t xml:space="preserve">En daar was ’n dissipel in Damaskus met die naam van </w:t>
            </w:r>
            <w:proofErr w:type="spellStart"/>
            <w:r w:rsidRPr="008841D5">
              <w:rPr>
                <w:i/>
                <w:lang w:val="af-ZA"/>
              </w:rPr>
              <w:t>Ananías</w:t>
            </w:r>
            <w:proofErr w:type="spellEnd"/>
            <w:r w:rsidRPr="008841D5">
              <w:rPr>
                <w:i/>
                <w:lang w:val="af-ZA"/>
              </w:rPr>
              <w:t xml:space="preserve">; en die Here het vir hom in ’n gesig gesê: </w:t>
            </w:r>
            <w:proofErr w:type="spellStart"/>
            <w:r w:rsidRPr="008841D5">
              <w:rPr>
                <w:i/>
                <w:lang w:val="af-ZA"/>
              </w:rPr>
              <w:t>Ananías</w:t>
            </w:r>
            <w:proofErr w:type="spellEnd"/>
            <w:r w:rsidRPr="008841D5">
              <w:rPr>
                <w:i/>
                <w:lang w:val="af-ZA"/>
              </w:rPr>
              <w:t xml:space="preserve">! En hy antwoord: Hier is ek, Here. Toe sê die Here vir hom: Staan op en </w:t>
            </w:r>
            <w:r w:rsidRPr="008841D5">
              <w:rPr>
                <w:b/>
                <w:bCs/>
                <w:i/>
                <w:lang w:val="af-ZA"/>
              </w:rPr>
              <w:t xml:space="preserve">gaan na die straat wat genoem word </w:t>
            </w:r>
            <w:proofErr w:type="spellStart"/>
            <w:r w:rsidRPr="008841D5">
              <w:rPr>
                <w:b/>
                <w:bCs/>
                <w:i/>
                <w:lang w:val="af-ZA"/>
              </w:rPr>
              <w:t>Reguitstraat</w:t>
            </w:r>
            <w:proofErr w:type="spellEnd"/>
            <w:r w:rsidRPr="008841D5">
              <w:rPr>
                <w:b/>
                <w:bCs/>
                <w:i/>
                <w:lang w:val="af-ZA"/>
              </w:rPr>
              <w:t xml:space="preserve">, en vra in die huis van Judas na ’n man met die naam van </w:t>
            </w:r>
            <w:proofErr w:type="spellStart"/>
            <w:r w:rsidRPr="008841D5">
              <w:rPr>
                <w:b/>
                <w:bCs/>
                <w:i/>
                <w:lang w:val="af-ZA"/>
              </w:rPr>
              <w:t>Saulus</w:t>
            </w:r>
            <w:proofErr w:type="spellEnd"/>
            <w:r w:rsidRPr="008841D5">
              <w:rPr>
                <w:b/>
                <w:bCs/>
                <w:i/>
                <w:lang w:val="af-ZA"/>
              </w:rPr>
              <w:t xml:space="preserve"> van Tarsus, want kyk, hy </w:t>
            </w:r>
            <w:r w:rsidR="00A60C4A" w:rsidRPr="008841D5">
              <w:rPr>
                <w:b/>
                <w:bCs/>
                <w:i/>
                <w:lang w:val="af-ZA"/>
              </w:rPr>
              <w:t>(</w:t>
            </w:r>
            <w:proofErr w:type="spellStart"/>
            <w:r w:rsidR="00A60C4A" w:rsidRPr="008841D5">
              <w:rPr>
                <w:b/>
                <w:bCs/>
                <w:i/>
                <w:lang w:val="af-ZA"/>
              </w:rPr>
              <w:t>Saulus</w:t>
            </w:r>
            <w:proofErr w:type="spellEnd"/>
            <w:r w:rsidR="00A60C4A" w:rsidRPr="008841D5">
              <w:rPr>
                <w:b/>
                <w:bCs/>
                <w:i/>
                <w:lang w:val="af-ZA"/>
              </w:rPr>
              <w:t xml:space="preserve">) </w:t>
            </w:r>
            <w:r w:rsidRPr="008841D5">
              <w:rPr>
                <w:b/>
                <w:bCs/>
                <w:i/>
                <w:lang w:val="af-ZA"/>
              </w:rPr>
              <w:t xml:space="preserve">bid; en hy het in ’n gesig ’n man met die naam van </w:t>
            </w:r>
            <w:proofErr w:type="spellStart"/>
            <w:r w:rsidRPr="008841D5">
              <w:rPr>
                <w:b/>
                <w:bCs/>
                <w:i/>
                <w:lang w:val="af-ZA"/>
              </w:rPr>
              <w:t>Ananías</w:t>
            </w:r>
            <w:proofErr w:type="spellEnd"/>
            <w:r w:rsidRPr="008841D5">
              <w:rPr>
                <w:b/>
                <w:bCs/>
                <w:i/>
                <w:lang w:val="af-ZA"/>
              </w:rPr>
              <w:t xml:space="preserve"> sien inkom en hom die hande oplê, sodat hy weer kon sien.</w:t>
            </w:r>
          </w:p>
        </w:tc>
      </w:tr>
    </w:tbl>
    <w:p w14:paraId="63B13FDE" w14:textId="77777777" w:rsidR="009763DB" w:rsidRPr="008841D5" w:rsidRDefault="009763DB" w:rsidP="009763DB">
      <w:pPr>
        <w:spacing w:after="0"/>
        <w:rPr>
          <w:lang w:val="af-ZA"/>
        </w:rPr>
      </w:pPr>
    </w:p>
    <w:p w14:paraId="78520F70" w14:textId="77777777" w:rsidR="009763DB" w:rsidRPr="008841D5" w:rsidRDefault="009763DB" w:rsidP="009763DB">
      <w:pPr>
        <w:spacing w:after="20"/>
        <w:rPr>
          <w:lang w:val="af-ZA"/>
        </w:rPr>
      </w:pPr>
    </w:p>
    <w:tbl>
      <w:tblPr>
        <w:tblStyle w:val="TableGrid"/>
        <w:tblW w:w="0" w:type="auto"/>
        <w:tblLayout w:type="fixed"/>
        <w:tblLook w:val="04A0" w:firstRow="1" w:lastRow="0" w:firstColumn="1" w:lastColumn="0" w:noHBand="0" w:noVBand="1"/>
      </w:tblPr>
      <w:tblGrid>
        <w:gridCol w:w="4608"/>
        <w:gridCol w:w="4608"/>
      </w:tblGrid>
      <w:tr w:rsidR="009763DB" w:rsidRPr="008841D5" w14:paraId="422AFEB5" w14:textId="77777777" w:rsidTr="00A15D6F">
        <w:tc>
          <w:tcPr>
            <w:tcW w:w="4608" w:type="dxa"/>
            <w:shd w:val="clear" w:color="auto" w:fill="E8EEF5"/>
          </w:tcPr>
          <w:p w14:paraId="7F27367E" w14:textId="77777777" w:rsidR="009763DB" w:rsidRPr="008841D5" w:rsidRDefault="009763DB" w:rsidP="00A15D6F">
            <w:pPr>
              <w:spacing w:after="0"/>
              <w:rPr>
                <w:lang w:val="af-ZA"/>
              </w:rPr>
            </w:pPr>
            <w:r w:rsidRPr="008841D5">
              <w:rPr>
                <w:b/>
                <w:lang w:val="af-ZA"/>
              </w:rPr>
              <w:t>Item</w:t>
            </w:r>
          </w:p>
        </w:tc>
        <w:tc>
          <w:tcPr>
            <w:tcW w:w="4608" w:type="dxa"/>
            <w:shd w:val="clear" w:color="auto" w:fill="E8EEF5"/>
          </w:tcPr>
          <w:p w14:paraId="1E6274E4" w14:textId="77777777" w:rsidR="009763DB" w:rsidRPr="008841D5" w:rsidRDefault="009763DB" w:rsidP="00A15D6F">
            <w:pPr>
              <w:spacing w:after="0"/>
              <w:rPr>
                <w:lang w:val="af-ZA"/>
              </w:rPr>
            </w:pPr>
            <w:r w:rsidRPr="008841D5">
              <w:rPr>
                <w:b/>
                <w:lang w:val="af-ZA"/>
              </w:rPr>
              <w:t>Skrifverwysing</w:t>
            </w:r>
          </w:p>
        </w:tc>
      </w:tr>
      <w:tr w:rsidR="009763DB" w:rsidRPr="008841D5" w14:paraId="2ACC2D64" w14:textId="77777777" w:rsidTr="00A15D6F">
        <w:tc>
          <w:tcPr>
            <w:tcW w:w="4608" w:type="dxa"/>
          </w:tcPr>
          <w:p w14:paraId="067A4238" w14:textId="77777777" w:rsidR="009763DB" w:rsidRPr="008841D5" w:rsidRDefault="009763DB" w:rsidP="00A15D6F">
            <w:pPr>
              <w:spacing w:after="0"/>
              <w:rPr>
                <w:lang w:val="af-ZA"/>
              </w:rPr>
            </w:pPr>
            <w:r w:rsidRPr="008841D5">
              <w:rPr>
                <w:lang w:val="af-ZA"/>
              </w:rPr>
              <w:t>Samaritaanse vrou</w:t>
            </w:r>
          </w:p>
        </w:tc>
        <w:tc>
          <w:tcPr>
            <w:tcW w:w="4608" w:type="dxa"/>
          </w:tcPr>
          <w:p w14:paraId="1B4B175E" w14:textId="77777777" w:rsidR="009763DB" w:rsidRPr="008841D5" w:rsidRDefault="009763DB" w:rsidP="00A15D6F">
            <w:pPr>
              <w:spacing w:after="0"/>
              <w:rPr>
                <w:lang w:val="af-ZA"/>
              </w:rPr>
            </w:pPr>
            <w:r w:rsidRPr="008841D5">
              <w:rPr>
                <w:lang w:val="af-ZA"/>
              </w:rPr>
              <w:t>~ Joh. 4:7-26</w:t>
            </w:r>
          </w:p>
        </w:tc>
      </w:tr>
      <w:tr w:rsidR="00712B23" w:rsidRPr="008841D5" w14:paraId="36638187" w14:textId="77777777" w:rsidTr="0057237B">
        <w:tc>
          <w:tcPr>
            <w:tcW w:w="9216" w:type="dxa"/>
            <w:gridSpan w:val="2"/>
          </w:tcPr>
          <w:p w14:paraId="550B8B54" w14:textId="77777777" w:rsidR="00712B23" w:rsidRPr="008841D5" w:rsidRDefault="00712B23" w:rsidP="00712B23">
            <w:pPr>
              <w:spacing w:after="60"/>
              <w:ind w:left="461" w:right="216"/>
              <w:rPr>
                <w:lang w:val="af-ZA"/>
              </w:rPr>
            </w:pPr>
            <w:r w:rsidRPr="008841D5">
              <w:rPr>
                <w:i/>
                <w:lang w:val="af-ZA"/>
              </w:rPr>
              <w:t xml:space="preserve">Daar kom ’n vrou uit </w:t>
            </w:r>
            <w:proofErr w:type="spellStart"/>
            <w:r w:rsidRPr="008841D5">
              <w:rPr>
                <w:i/>
                <w:lang w:val="af-ZA"/>
              </w:rPr>
              <w:t>Samaría</w:t>
            </w:r>
            <w:proofErr w:type="spellEnd"/>
            <w:r w:rsidRPr="008841D5">
              <w:rPr>
                <w:i/>
                <w:lang w:val="af-ZA"/>
              </w:rPr>
              <w:t xml:space="preserve"> om water te skep. Jesus sê vir haar: Gee vir My water om te drink —</w:t>
            </w:r>
          </w:p>
          <w:p w14:paraId="188A4751" w14:textId="0E5E8D4B" w:rsidR="00712B23" w:rsidRPr="008841D5" w:rsidRDefault="00712B23" w:rsidP="00712B23">
            <w:pPr>
              <w:spacing w:after="60"/>
              <w:ind w:left="461" w:right="216"/>
              <w:rPr>
                <w:lang w:val="af-ZA"/>
              </w:rPr>
            </w:pPr>
            <w:r w:rsidRPr="008841D5">
              <w:rPr>
                <w:i/>
                <w:lang w:val="af-ZA"/>
              </w:rPr>
              <w:t>want sy dissipels het na die stad gegaan om voedsel te koop.</w:t>
            </w:r>
            <w:r w:rsidR="00A60C4A" w:rsidRPr="008841D5">
              <w:rPr>
                <w:i/>
                <w:lang w:val="af-ZA"/>
              </w:rPr>
              <w:t xml:space="preserve"> </w:t>
            </w:r>
            <w:r w:rsidRPr="008841D5">
              <w:rPr>
                <w:i/>
                <w:lang w:val="af-ZA"/>
              </w:rPr>
              <w:t>En die Samaritaanse vrou sê vir Hom: Hoe is dit dat U wat ’n Jood is, van my vra om te drink terwyl ek ’n Samaritaanse vrou is? Want die Jode hou geen gemeenskap met die Samaritane nie.</w:t>
            </w:r>
            <w:r w:rsidR="00A60C4A" w:rsidRPr="008841D5">
              <w:rPr>
                <w:i/>
                <w:lang w:val="af-ZA"/>
              </w:rPr>
              <w:t xml:space="preserve"> </w:t>
            </w:r>
            <w:r w:rsidRPr="008841D5">
              <w:rPr>
                <w:i/>
                <w:lang w:val="af-ZA"/>
              </w:rPr>
              <w:t>Jesus antwoord en sê vir haar: As jy die gawe van God geken het en geweet het wie Hy is wat vir jou sê: Gee vir My water om te drink, sou jy Hom gevra het en Hy sou vir jou lewende water gegee het.</w:t>
            </w:r>
            <w:r w:rsidR="00A60C4A" w:rsidRPr="008841D5">
              <w:rPr>
                <w:i/>
                <w:lang w:val="af-ZA"/>
              </w:rPr>
              <w:t xml:space="preserve"> </w:t>
            </w:r>
            <w:r w:rsidRPr="008841D5">
              <w:rPr>
                <w:i/>
                <w:lang w:val="af-ZA"/>
              </w:rPr>
              <w:t>Die vrou sê vir Hom: Here, U het nie eens ’n skepding nie, en die put is diep; waarvandaan kry U dan die lewende water?</w:t>
            </w:r>
            <w:r w:rsidR="00A60C4A" w:rsidRPr="008841D5">
              <w:rPr>
                <w:i/>
                <w:lang w:val="af-ZA"/>
              </w:rPr>
              <w:t xml:space="preserve"> </w:t>
            </w:r>
            <w:r w:rsidRPr="008841D5">
              <w:rPr>
                <w:i/>
                <w:lang w:val="af-ZA"/>
              </w:rPr>
              <w:t>U is tog nie groter as ons vader Jakob nie, wat die put aan ons gegee het en self daaruit gedrink het, en sy seuns en sy vee?</w:t>
            </w:r>
            <w:r w:rsidR="00A60C4A" w:rsidRPr="008841D5">
              <w:rPr>
                <w:i/>
                <w:lang w:val="af-ZA"/>
              </w:rPr>
              <w:t xml:space="preserve"> </w:t>
            </w:r>
            <w:r w:rsidRPr="008841D5">
              <w:rPr>
                <w:i/>
                <w:lang w:val="af-ZA"/>
              </w:rPr>
              <w:t>Jesus antwoord en sê vir haar: Elkeen wat van hierdie water drink, sal weer dors kry</w:t>
            </w:r>
            <w:r w:rsidR="00A60C4A" w:rsidRPr="008841D5">
              <w:rPr>
                <w:i/>
                <w:lang w:val="af-ZA"/>
              </w:rPr>
              <w:t xml:space="preserve">; </w:t>
            </w:r>
            <w:r w:rsidRPr="008841D5">
              <w:rPr>
                <w:i/>
                <w:lang w:val="af-ZA"/>
              </w:rPr>
              <w:t>maar elkeen wat drink van die water wat Ek hom sal gee, sal in ewigheid nooit dors kry nie, maar die water wat Ek hom sal gee, sal in hom word ’n fontein van water wat opspring tot in die ewige lewe.</w:t>
            </w:r>
            <w:r w:rsidR="00A60C4A" w:rsidRPr="008841D5">
              <w:rPr>
                <w:i/>
                <w:lang w:val="af-ZA"/>
              </w:rPr>
              <w:t xml:space="preserve"> </w:t>
            </w:r>
            <w:r w:rsidRPr="008841D5">
              <w:rPr>
                <w:i/>
                <w:lang w:val="af-ZA"/>
              </w:rPr>
              <w:t>Die vrou sê vir Hom: Here, gee my daardie water, sodat ek nie dors kry en hier hoef te kom skep nie.</w:t>
            </w:r>
            <w:r w:rsidR="00A60C4A" w:rsidRPr="008841D5">
              <w:rPr>
                <w:i/>
                <w:lang w:val="af-ZA"/>
              </w:rPr>
              <w:t xml:space="preserve"> </w:t>
            </w:r>
            <w:r w:rsidRPr="008841D5">
              <w:rPr>
                <w:i/>
                <w:lang w:val="af-ZA"/>
              </w:rPr>
              <w:t>Jesus sê vir haar: Gaan roep jou man en kom hier.</w:t>
            </w:r>
          </w:p>
          <w:p w14:paraId="34F5023C" w14:textId="1FE1A088" w:rsidR="00712B23" w:rsidRPr="008841D5" w:rsidRDefault="00712B23" w:rsidP="00A60C4A">
            <w:pPr>
              <w:spacing w:after="60"/>
              <w:ind w:left="461" w:right="216"/>
              <w:rPr>
                <w:b/>
                <w:bCs/>
                <w:lang w:val="af-ZA"/>
              </w:rPr>
            </w:pPr>
            <w:r w:rsidRPr="008841D5">
              <w:rPr>
                <w:i/>
                <w:lang w:val="af-ZA"/>
              </w:rPr>
              <w:t>Die vrou antwoord en sê: Ek het nie ’n man nie. Jesus sê vir haar</w:t>
            </w:r>
            <w:r w:rsidRPr="008841D5">
              <w:rPr>
                <w:b/>
                <w:bCs/>
                <w:i/>
                <w:lang w:val="af-ZA"/>
              </w:rPr>
              <w:t>: Jy het reg gesê: Ek het nie ’n man nie;</w:t>
            </w:r>
            <w:r w:rsidR="00A60C4A" w:rsidRPr="008841D5">
              <w:rPr>
                <w:b/>
                <w:bCs/>
                <w:i/>
                <w:lang w:val="af-ZA"/>
              </w:rPr>
              <w:t xml:space="preserve"> </w:t>
            </w:r>
            <w:r w:rsidRPr="008841D5">
              <w:rPr>
                <w:b/>
                <w:bCs/>
                <w:i/>
                <w:lang w:val="af-ZA"/>
              </w:rPr>
              <w:t>want jy het vyf mans gehad; en die een wat jy nou het, is nie jou man nie. Dit het jy met waarheid gesê.</w:t>
            </w:r>
            <w:r w:rsidR="00A60C4A" w:rsidRPr="008841D5">
              <w:rPr>
                <w:b/>
                <w:bCs/>
                <w:i/>
                <w:lang w:val="af-ZA"/>
              </w:rPr>
              <w:t xml:space="preserve"> </w:t>
            </w:r>
            <w:r w:rsidRPr="008841D5">
              <w:rPr>
                <w:b/>
                <w:bCs/>
                <w:i/>
                <w:lang w:val="af-ZA"/>
              </w:rPr>
              <w:t>Die vrou sê vir Hom: Here, ek sien dat U ’n profeet is.</w:t>
            </w:r>
          </w:p>
        </w:tc>
      </w:tr>
    </w:tbl>
    <w:p w14:paraId="6809A420" w14:textId="77777777" w:rsidR="009763DB" w:rsidRPr="008841D5" w:rsidRDefault="009763DB" w:rsidP="009763DB">
      <w:pPr>
        <w:spacing w:after="20"/>
        <w:rPr>
          <w:lang w:val="af-ZA"/>
        </w:rPr>
      </w:pPr>
    </w:p>
    <w:p w14:paraId="795366B3" w14:textId="16D2F507" w:rsidR="0014559B" w:rsidRPr="008841D5" w:rsidRDefault="00000000">
      <w:pPr>
        <w:pStyle w:val="Heading2"/>
        <w:rPr>
          <w:lang w:val="af-ZA"/>
        </w:rPr>
      </w:pPr>
      <w:r w:rsidRPr="008841D5">
        <w:rPr>
          <w:lang w:val="af-ZA"/>
        </w:rPr>
        <w:lastRenderedPageBreak/>
        <w:t>Woord van Wysheid</w:t>
      </w:r>
    </w:p>
    <w:p w14:paraId="0218DEFC" w14:textId="2E8AD9EB" w:rsidR="00742A10" w:rsidRPr="008841D5" w:rsidRDefault="00742A10" w:rsidP="00742A10">
      <w:pPr>
        <w:rPr>
          <w:b/>
          <w:bCs/>
          <w:lang w:val="af-ZA"/>
        </w:rPr>
      </w:pPr>
      <w:r w:rsidRPr="008841D5">
        <w:rPr>
          <w:b/>
          <w:bCs/>
          <w:lang w:val="af-ZA"/>
        </w:rPr>
        <w:t xml:space="preserve">Definisie: </w:t>
      </w:r>
      <w:r w:rsidRPr="008841D5">
        <w:rPr>
          <w:lang w:val="af-ZA"/>
        </w:rPr>
        <w:t>Is wanneer jy bonatuurlik gewaarwordinge ervaar rondom die toekoms van 'n individu of 'n situasie of selfs 'n uitvinding deur die inspirasie van die Heilige Gees.</w:t>
      </w:r>
    </w:p>
    <w:p w14:paraId="261D9390" w14:textId="2AE112A7" w:rsidR="00CE53B8" w:rsidRPr="008841D5" w:rsidRDefault="00000000" w:rsidP="00742A10">
      <w:pPr>
        <w:rPr>
          <w:b/>
          <w:bCs/>
          <w:lang w:val="af-ZA"/>
        </w:rPr>
      </w:pPr>
      <w:proofErr w:type="spellStart"/>
      <w:r w:rsidRPr="008841D5">
        <w:rPr>
          <w:b/>
          <w:bCs/>
          <w:lang w:val="af-ZA"/>
        </w:rPr>
        <w:t>Divine</w:t>
      </w:r>
      <w:proofErr w:type="spellEnd"/>
      <w:r w:rsidRPr="008841D5">
        <w:rPr>
          <w:b/>
          <w:bCs/>
          <w:lang w:val="af-ZA"/>
        </w:rPr>
        <w:t xml:space="preserve"> </w:t>
      </w:r>
      <w:proofErr w:type="spellStart"/>
      <w:r w:rsidRPr="008841D5">
        <w:rPr>
          <w:b/>
          <w:bCs/>
          <w:lang w:val="af-ZA"/>
        </w:rPr>
        <w:t>solutions</w:t>
      </w:r>
      <w:proofErr w:type="spellEnd"/>
    </w:p>
    <w:p w14:paraId="7F55311E" w14:textId="77777777" w:rsidR="00CE53B8" w:rsidRPr="008841D5" w:rsidRDefault="00CE53B8" w:rsidP="00CE53B8">
      <w:pPr>
        <w:rPr>
          <w:lang w:val="af-ZA"/>
        </w:rPr>
      </w:pPr>
    </w:p>
    <w:tbl>
      <w:tblPr>
        <w:tblStyle w:val="TableGrid"/>
        <w:tblW w:w="9792" w:type="dxa"/>
        <w:tblLayout w:type="fixed"/>
        <w:tblLook w:val="04A0" w:firstRow="1" w:lastRow="0" w:firstColumn="1" w:lastColumn="0" w:noHBand="0" w:noVBand="1"/>
      </w:tblPr>
      <w:tblGrid>
        <w:gridCol w:w="4896"/>
        <w:gridCol w:w="4896"/>
      </w:tblGrid>
      <w:tr w:rsidR="0014559B" w:rsidRPr="008841D5" w14:paraId="7C95C36B" w14:textId="77777777" w:rsidTr="00CE53B8">
        <w:tc>
          <w:tcPr>
            <w:tcW w:w="4896" w:type="dxa"/>
            <w:shd w:val="clear" w:color="auto" w:fill="E8EEF5"/>
            <w:tcMar>
              <w:top w:w="70" w:type="dxa"/>
              <w:left w:w="110" w:type="dxa"/>
              <w:bottom w:w="70" w:type="dxa"/>
              <w:right w:w="110" w:type="dxa"/>
            </w:tcMar>
            <w:vAlign w:val="center"/>
          </w:tcPr>
          <w:p w14:paraId="558C1FDA" w14:textId="77777777" w:rsidR="0014559B" w:rsidRPr="008841D5" w:rsidRDefault="00000000">
            <w:pPr>
              <w:spacing w:after="0"/>
              <w:rPr>
                <w:lang w:val="af-ZA"/>
              </w:rPr>
            </w:pPr>
            <w:r w:rsidRPr="008841D5">
              <w:rPr>
                <w:b/>
                <w:lang w:val="af-ZA"/>
              </w:rPr>
              <w:t>Item</w:t>
            </w:r>
          </w:p>
        </w:tc>
        <w:tc>
          <w:tcPr>
            <w:tcW w:w="4896" w:type="dxa"/>
            <w:shd w:val="clear" w:color="auto" w:fill="E8EEF5"/>
            <w:tcMar>
              <w:top w:w="70" w:type="dxa"/>
              <w:left w:w="110" w:type="dxa"/>
              <w:bottom w:w="70" w:type="dxa"/>
              <w:right w:w="110" w:type="dxa"/>
            </w:tcMar>
            <w:vAlign w:val="center"/>
          </w:tcPr>
          <w:p w14:paraId="7BAED106" w14:textId="77777777" w:rsidR="0014559B" w:rsidRPr="008841D5" w:rsidRDefault="00000000">
            <w:pPr>
              <w:spacing w:after="0"/>
              <w:rPr>
                <w:lang w:val="af-ZA"/>
              </w:rPr>
            </w:pPr>
            <w:r w:rsidRPr="008841D5">
              <w:rPr>
                <w:b/>
                <w:lang w:val="af-ZA"/>
              </w:rPr>
              <w:t>Skrifverwysing</w:t>
            </w:r>
          </w:p>
        </w:tc>
      </w:tr>
      <w:tr w:rsidR="0014559B" w:rsidRPr="008841D5" w14:paraId="65891132" w14:textId="77777777" w:rsidTr="00CE53B8">
        <w:tc>
          <w:tcPr>
            <w:tcW w:w="4896" w:type="dxa"/>
            <w:tcMar>
              <w:top w:w="70" w:type="dxa"/>
              <w:left w:w="110" w:type="dxa"/>
              <w:bottom w:w="70" w:type="dxa"/>
              <w:right w:w="110" w:type="dxa"/>
            </w:tcMar>
            <w:vAlign w:val="center"/>
          </w:tcPr>
          <w:p w14:paraId="1876E3D3" w14:textId="77777777" w:rsidR="0014559B" w:rsidRPr="008841D5" w:rsidRDefault="00000000">
            <w:pPr>
              <w:spacing w:after="0"/>
              <w:rPr>
                <w:lang w:val="af-ZA"/>
              </w:rPr>
            </w:pPr>
            <w:r w:rsidRPr="008841D5">
              <w:rPr>
                <w:lang w:val="af-ZA"/>
              </w:rPr>
              <w:t>Noag</w:t>
            </w:r>
          </w:p>
        </w:tc>
        <w:tc>
          <w:tcPr>
            <w:tcW w:w="4896" w:type="dxa"/>
            <w:tcMar>
              <w:top w:w="70" w:type="dxa"/>
              <w:left w:w="110" w:type="dxa"/>
              <w:bottom w:w="70" w:type="dxa"/>
              <w:right w:w="110" w:type="dxa"/>
            </w:tcMar>
            <w:vAlign w:val="center"/>
          </w:tcPr>
          <w:p w14:paraId="240EC42F" w14:textId="77777777" w:rsidR="0014559B" w:rsidRPr="008841D5" w:rsidRDefault="00000000">
            <w:pPr>
              <w:spacing w:after="0"/>
              <w:rPr>
                <w:lang w:val="af-ZA"/>
              </w:rPr>
            </w:pPr>
            <w:r w:rsidRPr="008841D5">
              <w:rPr>
                <w:lang w:val="af-ZA"/>
              </w:rPr>
              <w:t>Gen. 6:12-22</w:t>
            </w:r>
          </w:p>
        </w:tc>
      </w:tr>
      <w:tr w:rsidR="00CE53B8" w:rsidRPr="008841D5" w14:paraId="117A43F8" w14:textId="77777777" w:rsidTr="00AD3ED7">
        <w:tc>
          <w:tcPr>
            <w:tcW w:w="9792" w:type="dxa"/>
            <w:gridSpan w:val="2"/>
            <w:tcMar>
              <w:top w:w="70" w:type="dxa"/>
              <w:left w:w="110" w:type="dxa"/>
              <w:bottom w:w="70" w:type="dxa"/>
              <w:right w:w="110" w:type="dxa"/>
            </w:tcMar>
            <w:vAlign w:val="center"/>
          </w:tcPr>
          <w:p w14:paraId="61FF129F" w14:textId="7EF6F67C" w:rsidR="00CE53B8" w:rsidRPr="008841D5" w:rsidRDefault="00CE53B8" w:rsidP="00CA36F8">
            <w:pPr>
              <w:spacing w:after="0"/>
              <w:ind w:left="454"/>
              <w:rPr>
                <w:lang w:val="af-ZA"/>
              </w:rPr>
            </w:pPr>
            <w:r w:rsidRPr="008841D5">
              <w:rPr>
                <w:i/>
                <w:lang w:val="af-ZA"/>
              </w:rPr>
              <w:t xml:space="preserve">En God sê vir Noag: Die einde van alle vlees het volgens my besluit gekom; want die aarde is deur hulle vervul met geweld. En kyk, </w:t>
            </w:r>
            <w:r w:rsidRPr="008841D5">
              <w:rPr>
                <w:b/>
                <w:bCs/>
                <w:i/>
                <w:lang w:val="af-ZA"/>
              </w:rPr>
              <w:t>Ek gaan hulle saam met die aarde verdelg. Maak vir jou ’n ark van goferhout.</w:t>
            </w:r>
          </w:p>
        </w:tc>
      </w:tr>
    </w:tbl>
    <w:p w14:paraId="101F43DE" w14:textId="1AC47CDD" w:rsidR="0014559B" w:rsidRPr="008841D5" w:rsidRDefault="0014559B" w:rsidP="00CE53B8">
      <w:pPr>
        <w:spacing w:after="140"/>
        <w:ind w:right="216"/>
        <w:rPr>
          <w:lang w:val="af-ZA"/>
        </w:rPr>
      </w:pPr>
    </w:p>
    <w:tbl>
      <w:tblPr>
        <w:tblStyle w:val="TableGrid"/>
        <w:tblW w:w="9792" w:type="dxa"/>
        <w:tblLayout w:type="fixed"/>
        <w:tblLook w:val="04A0" w:firstRow="1" w:lastRow="0" w:firstColumn="1" w:lastColumn="0" w:noHBand="0" w:noVBand="1"/>
      </w:tblPr>
      <w:tblGrid>
        <w:gridCol w:w="4896"/>
        <w:gridCol w:w="4896"/>
      </w:tblGrid>
      <w:tr w:rsidR="0014559B" w:rsidRPr="008841D5" w14:paraId="437AF246" w14:textId="77777777" w:rsidTr="00CE53B8">
        <w:tc>
          <w:tcPr>
            <w:tcW w:w="4896" w:type="dxa"/>
            <w:shd w:val="clear" w:color="auto" w:fill="E8EEF5"/>
            <w:tcMar>
              <w:top w:w="70" w:type="dxa"/>
              <w:left w:w="110" w:type="dxa"/>
              <w:bottom w:w="70" w:type="dxa"/>
              <w:right w:w="110" w:type="dxa"/>
            </w:tcMar>
            <w:vAlign w:val="center"/>
          </w:tcPr>
          <w:p w14:paraId="1A7B434A" w14:textId="77777777" w:rsidR="0014559B" w:rsidRPr="008841D5" w:rsidRDefault="00000000">
            <w:pPr>
              <w:spacing w:after="0"/>
              <w:rPr>
                <w:lang w:val="af-ZA"/>
              </w:rPr>
            </w:pPr>
            <w:r w:rsidRPr="008841D5">
              <w:rPr>
                <w:b/>
                <w:lang w:val="af-ZA"/>
              </w:rPr>
              <w:t>Item</w:t>
            </w:r>
          </w:p>
        </w:tc>
        <w:tc>
          <w:tcPr>
            <w:tcW w:w="4896" w:type="dxa"/>
            <w:shd w:val="clear" w:color="auto" w:fill="E8EEF5"/>
            <w:tcMar>
              <w:top w:w="70" w:type="dxa"/>
              <w:left w:w="110" w:type="dxa"/>
              <w:bottom w:w="70" w:type="dxa"/>
              <w:right w:w="110" w:type="dxa"/>
            </w:tcMar>
            <w:vAlign w:val="center"/>
          </w:tcPr>
          <w:p w14:paraId="05D124BC" w14:textId="77777777" w:rsidR="0014559B" w:rsidRPr="008841D5" w:rsidRDefault="00000000">
            <w:pPr>
              <w:spacing w:after="0"/>
              <w:rPr>
                <w:lang w:val="af-ZA"/>
              </w:rPr>
            </w:pPr>
            <w:r w:rsidRPr="008841D5">
              <w:rPr>
                <w:b/>
                <w:lang w:val="af-ZA"/>
              </w:rPr>
              <w:t>Skrifverwysing</w:t>
            </w:r>
          </w:p>
        </w:tc>
      </w:tr>
      <w:tr w:rsidR="0014559B" w:rsidRPr="008841D5" w14:paraId="28426A6A" w14:textId="77777777" w:rsidTr="00CE53B8">
        <w:tc>
          <w:tcPr>
            <w:tcW w:w="4896" w:type="dxa"/>
            <w:tcMar>
              <w:top w:w="70" w:type="dxa"/>
              <w:left w:w="110" w:type="dxa"/>
              <w:bottom w:w="70" w:type="dxa"/>
              <w:right w:w="110" w:type="dxa"/>
            </w:tcMar>
            <w:vAlign w:val="center"/>
          </w:tcPr>
          <w:p w14:paraId="5EAD4730" w14:textId="62E08F3D" w:rsidR="0014559B" w:rsidRPr="008841D5" w:rsidRDefault="00000000">
            <w:pPr>
              <w:spacing w:after="0"/>
              <w:rPr>
                <w:lang w:val="af-ZA"/>
              </w:rPr>
            </w:pPr>
            <w:proofErr w:type="spellStart"/>
            <w:r w:rsidRPr="008841D5">
              <w:rPr>
                <w:lang w:val="af-ZA"/>
              </w:rPr>
              <w:t>Ágabus</w:t>
            </w:r>
            <w:proofErr w:type="spellEnd"/>
            <w:r w:rsidR="00A60C4A" w:rsidRPr="008841D5">
              <w:rPr>
                <w:lang w:val="af-ZA"/>
              </w:rPr>
              <w:t xml:space="preserve"> - Hongersnood</w:t>
            </w:r>
          </w:p>
        </w:tc>
        <w:tc>
          <w:tcPr>
            <w:tcW w:w="4896" w:type="dxa"/>
            <w:tcMar>
              <w:top w:w="70" w:type="dxa"/>
              <w:left w:w="110" w:type="dxa"/>
              <w:bottom w:w="70" w:type="dxa"/>
              <w:right w:w="110" w:type="dxa"/>
            </w:tcMar>
            <w:vAlign w:val="center"/>
          </w:tcPr>
          <w:p w14:paraId="3890DB86" w14:textId="77777777" w:rsidR="0014559B" w:rsidRPr="008841D5" w:rsidRDefault="00000000">
            <w:pPr>
              <w:spacing w:after="0"/>
              <w:rPr>
                <w:lang w:val="af-ZA"/>
              </w:rPr>
            </w:pPr>
            <w:r w:rsidRPr="008841D5">
              <w:rPr>
                <w:lang w:val="af-ZA"/>
              </w:rPr>
              <w:t>Hand. 11:27-30</w:t>
            </w:r>
          </w:p>
        </w:tc>
      </w:tr>
      <w:tr w:rsidR="00CE53B8" w:rsidRPr="008841D5" w14:paraId="441EB5A8" w14:textId="77777777" w:rsidTr="00342CC2">
        <w:tc>
          <w:tcPr>
            <w:tcW w:w="9792" w:type="dxa"/>
            <w:gridSpan w:val="2"/>
            <w:tcMar>
              <w:top w:w="70" w:type="dxa"/>
              <w:left w:w="110" w:type="dxa"/>
              <w:bottom w:w="70" w:type="dxa"/>
              <w:right w:w="110" w:type="dxa"/>
            </w:tcMar>
            <w:vAlign w:val="center"/>
          </w:tcPr>
          <w:p w14:paraId="084E6FAB" w14:textId="48E05996" w:rsidR="00CE53B8" w:rsidRPr="008841D5" w:rsidRDefault="00CE53B8" w:rsidP="00CA36F8">
            <w:pPr>
              <w:spacing w:after="0"/>
              <w:ind w:left="454"/>
              <w:rPr>
                <w:lang w:val="af-ZA"/>
              </w:rPr>
            </w:pPr>
            <w:r w:rsidRPr="008841D5">
              <w:rPr>
                <w:i/>
                <w:lang w:val="af-ZA"/>
              </w:rPr>
              <w:t xml:space="preserve">En in dié dae het daar profete van Jerusalem na </w:t>
            </w:r>
            <w:proofErr w:type="spellStart"/>
            <w:r w:rsidRPr="008841D5">
              <w:rPr>
                <w:i/>
                <w:lang w:val="af-ZA"/>
              </w:rPr>
              <w:t>Antiochíë</w:t>
            </w:r>
            <w:proofErr w:type="spellEnd"/>
            <w:r w:rsidRPr="008841D5">
              <w:rPr>
                <w:i/>
                <w:lang w:val="af-ZA"/>
              </w:rPr>
              <w:t xml:space="preserve"> afgekom. En een van hulle met die naam van </w:t>
            </w:r>
            <w:proofErr w:type="spellStart"/>
            <w:r w:rsidRPr="008841D5">
              <w:rPr>
                <w:i/>
                <w:lang w:val="af-ZA"/>
              </w:rPr>
              <w:t>Ágabus</w:t>
            </w:r>
            <w:proofErr w:type="spellEnd"/>
            <w:r w:rsidRPr="008841D5">
              <w:rPr>
                <w:i/>
                <w:lang w:val="af-ZA"/>
              </w:rPr>
              <w:t xml:space="preserve"> het opgestaan en deur die Heilige Gees te kenne gegee dat daar ’n </w:t>
            </w:r>
            <w:r w:rsidRPr="008841D5">
              <w:rPr>
                <w:b/>
                <w:bCs/>
                <w:i/>
                <w:lang w:val="af-ZA"/>
              </w:rPr>
              <w:t>groot hongersnood</w:t>
            </w:r>
            <w:r w:rsidRPr="008841D5">
              <w:rPr>
                <w:i/>
                <w:lang w:val="af-ZA"/>
              </w:rPr>
              <w:t xml:space="preserve"> oor die hele wêreld sou kom, </w:t>
            </w:r>
            <w:r w:rsidR="00A60C4A" w:rsidRPr="008841D5">
              <w:rPr>
                <w:i/>
                <w:lang w:val="af-ZA"/>
              </w:rPr>
              <w:t>..</w:t>
            </w:r>
            <w:r w:rsidRPr="008841D5">
              <w:rPr>
                <w:i/>
                <w:lang w:val="af-ZA"/>
              </w:rPr>
              <w:t xml:space="preserve">. En die dissipels het besluit dat iedereen van hulle </w:t>
            </w:r>
            <w:r w:rsidRPr="008841D5">
              <w:rPr>
                <w:b/>
                <w:bCs/>
                <w:i/>
                <w:lang w:val="af-ZA"/>
              </w:rPr>
              <w:t>na sy vermoë iets sou stuur</w:t>
            </w:r>
            <w:r w:rsidRPr="008841D5">
              <w:rPr>
                <w:i/>
                <w:lang w:val="af-ZA"/>
              </w:rPr>
              <w:t xml:space="preserve"> tot versorging van die broeders wat in </w:t>
            </w:r>
            <w:proofErr w:type="spellStart"/>
            <w:r w:rsidRPr="008841D5">
              <w:rPr>
                <w:i/>
                <w:lang w:val="af-ZA"/>
              </w:rPr>
              <w:t>Judéa</w:t>
            </w:r>
            <w:proofErr w:type="spellEnd"/>
            <w:r w:rsidRPr="008841D5">
              <w:rPr>
                <w:i/>
                <w:lang w:val="af-ZA"/>
              </w:rPr>
              <w:t xml:space="preserve"> woon.</w:t>
            </w:r>
          </w:p>
        </w:tc>
      </w:tr>
    </w:tbl>
    <w:p w14:paraId="6FCBD12E" w14:textId="6EE072FA" w:rsidR="0014559B" w:rsidRPr="008841D5" w:rsidRDefault="0014559B" w:rsidP="00CE53B8">
      <w:pPr>
        <w:spacing w:after="140"/>
        <w:ind w:right="216"/>
        <w:rPr>
          <w:lang w:val="af-ZA"/>
        </w:rPr>
      </w:pPr>
    </w:p>
    <w:tbl>
      <w:tblPr>
        <w:tblStyle w:val="TableGrid"/>
        <w:tblW w:w="9792" w:type="dxa"/>
        <w:tblLayout w:type="fixed"/>
        <w:tblLook w:val="04A0" w:firstRow="1" w:lastRow="0" w:firstColumn="1" w:lastColumn="0" w:noHBand="0" w:noVBand="1"/>
      </w:tblPr>
      <w:tblGrid>
        <w:gridCol w:w="4896"/>
        <w:gridCol w:w="4896"/>
      </w:tblGrid>
      <w:tr w:rsidR="0014559B" w:rsidRPr="008841D5" w14:paraId="6EA40FEF" w14:textId="77777777" w:rsidTr="00CE53B8">
        <w:tc>
          <w:tcPr>
            <w:tcW w:w="4896" w:type="dxa"/>
            <w:shd w:val="clear" w:color="auto" w:fill="E8EEF5"/>
            <w:tcMar>
              <w:top w:w="70" w:type="dxa"/>
              <w:left w:w="110" w:type="dxa"/>
              <w:bottom w:w="70" w:type="dxa"/>
              <w:right w:w="110" w:type="dxa"/>
            </w:tcMar>
            <w:vAlign w:val="center"/>
          </w:tcPr>
          <w:p w14:paraId="7924B37D" w14:textId="77777777" w:rsidR="0014559B" w:rsidRPr="008841D5" w:rsidRDefault="00000000">
            <w:pPr>
              <w:spacing w:after="0"/>
              <w:rPr>
                <w:lang w:val="af-ZA"/>
              </w:rPr>
            </w:pPr>
            <w:r w:rsidRPr="008841D5">
              <w:rPr>
                <w:b/>
                <w:lang w:val="af-ZA"/>
              </w:rPr>
              <w:t>Item</w:t>
            </w:r>
          </w:p>
        </w:tc>
        <w:tc>
          <w:tcPr>
            <w:tcW w:w="4896" w:type="dxa"/>
            <w:shd w:val="clear" w:color="auto" w:fill="E8EEF5"/>
            <w:tcMar>
              <w:top w:w="70" w:type="dxa"/>
              <w:left w:w="110" w:type="dxa"/>
              <w:bottom w:w="70" w:type="dxa"/>
              <w:right w:w="110" w:type="dxa"/>
            </w:tcMar>
            <w:vAlign w:val="center"/>
          </w:tcPr>
          <w:p w14:paraId="1006C444" w14:textId="77777777" w:rsidR="0014559B" w:rsidRPr="008841D5" w:rsidRDefault="00000000">
            <w:pPr>
              <w:spacing w:after="0"/>
              <w:rPr>
                <w:lang w:val="af-ZA"/>
              </w:rPr>
            </w:pPr>
            <w:r w:rsidRPr="008841D5">
              <w:rPr>
                <w:b/>
                <w:lang w:val="af-ZA"/>
              </w:rPr>
              <w:t>Skrifverwysing</w:t>
            </w:r>
          </w:p>
        </w:tc>
      </w:tr>
      <w:tr w:rsidR="0014559B" w:rsidRPr="008841D5" w14:paraId="5D652E31" w14:textId="77777777" w:rsidTr="00CE53B8">
        <w:tc>
          <w:tcPr>
            <w:tcW w:w="4896" w:type="dxa"/>
            <w:tcMar>
              <w:top w:w="70" w:type="dxa"/>
              <w:left w:w="110" w:type="dxa"/>
              <w:bottom w:w="70" w:type="dxa"/>
              <w:right w:w="110" w:type="dxa"/>
            </w:tcMar>
            <w:vAlign w:val="center"/>
          </w:tcPr>
          <w:p w14:paraId="27043C9C" w14:textId="23150B74" w:rsidR="0014559B" w:rsidRPr="008841D5" w:rsidRDefault="00000000">
            <w:pPr>
              <w:spacing w:after="0"/>
              <w:rPr>
                <w:lang w:val="af-ZA"/>
              </w:rPr>
            </w:pPr>
            <w:proofErr w:type="spellStart"/>
            <w:r w:rsidRPr="008841D5">
              <w:rPr>
                <w:lang w:val="af-ZA"/>
              </w:rPr>
              <w:t>Ágabus</w:t>
            </w:r>
            <w:proofErr w:type="spellEnd"/>
            <w:r w:rsidR="00A94066" w:rsidRPr="008841D5">
              <w:rPr>
                <w:lang w:val="af-ZA"/>
              </w:rPr>
              <w:t xml:space="preserve"> - Paulus</w:t>
            </w:r>
          </w:p>
        </w:tc>
        <w:tc>
          <w:tcPr>
            <w:tcW w:w="4896" w:type="dxa"/>
            <w:tcMar>
              <w:top w:w="70" w:type="dxa"/>
              <w:left w:w="110" w:type="dxa"/>
              <w:bottom w:w="70" w:type="dxa"/>
              <w:right w:w="110" w:type="dxa"/>
            </w:tcMar>
            <w:vAlign w:val="center"/>
          </w:tcPr>
          <w:p w14:paraId="6895FF04" w14:textId="77777777" w:rsidR="0014559B" w:rsidRPr="008841D5" w:rsidRDefault="00000000">
            <w:pPr>
              <w:spacing w:after="0"/>
              <w:rPr>
                <w:lang w:val="af-ZA"/>
              </w:rPr>
            </w:pPr>
            <w:r w:rsidRPr="008841D5">
              <w:rPr>
                <w:lang w:val="af-ZA"/>
              </w:rPr>
              <w:t>Hand 21:10-14</w:t>
            </w:r>
          </w:p>
        </w:tc>
      </w:tr>
      <w:tr w:rsidR="00CE53B8" w:rsidRPr="008841D5" w14:paraId="6FDB0E4A" w14:textId="77777777" w:rsidTr="00914C46">
        <w:tc>
          <w:tcPr>
            <w:tcW w:w="9792" w:type="dxa"/>
            <w:gridSpan w:val="2"/>
            <w:tcMar>
              <w:top w:w="70" w:type="dxa"/>
              <w:left w:w="110" w:type="dxa"/>
              <w:bottom w:w="70" w:type="dxa"/>
              <w:right w:w="110" w:type="dxa"/>
            </w:tcMar>
            <w:vAlign w:val="center"/>
          </w:tcPr>
          <w:p w14:paraId="534DEF1D" w14:textId="3FE3A603" w:rsidR="00CE53B8" w:rsidRPr="008841D5" w:rsidRDefault="00CE53B8" w:rsidP="00CA36F8">
            <w:pPr>
              <w:spacing w:after="0"/>
              <w:ind w:left="454"/>
              <w:rPr>
                <w:lang w:val="af-ZA"/>
              </w:rPr>
            </w:pPr>
            <w:r w:rsidRPr="008841D5">
              <w:rPr>
                <w:i/>
                <w:lang w:val="af-ZA"/>
              </w:rPr>
              <w:t xml:space="preserve">En onderwyl ons baie dae daar oorgebly het, het ’n sekere profeet met die naam van </w:t>
            </w:r>
            <w:proofErr w:type="spellStart"/>
            <w:r w:rsidRPr="008841D5">
              <w:rPr>
                <w:i/>
                <w:lang w:val="af-ZA"/>
              </w:rPr>
              <w:t>Ágabus</w:t>
            </w:r>
            <w:proofErr w:type="spellEnd"/>
            <w:r w:rsidRPr="008841D5">
              <w:rPr>
                <w:i/>
                <w:lang w:val="af-ZA"/>
              </w:rPr>
              <w:t xml:space="preserve"> van </w:t>
            </w:r>
            <w:proofErr w:type="spellStart"/>
            <w:r w:rsidRPr="008841D5">
              <w:rPr>
                <w:i/>
                <w:lang w:val="af-ZA"/>
              </w:rPr>
              <w:t>Judéa</w:t>
            </w:r>
            <w:proofErr w:type="spellEnd"/>
            <w:r w:rsidRPr="008841D5">
              <w:rPr>
                <w:i/>
                <w:lang w:val="af-ZA"/>
              </w:rPr>
              <w:t xml:space="preserve"> afgekom. En toe hy by ons kom, </w:t>
            </w:r>
            <w:r w:rsidRPr="008841D5">
              <w:rPr>
                <w:b/>
                <w:bCs/>
                <w:i/>
                <w:lang w:val="af-ZA"/>
              </w:rPr>
              <w:t>neem hy die gordel van Paulus en bind sy eie hande</w:t>
            </w:r>
            <w:r w:rsidRPr="008841D5">
              <w:rPr>
                <w:i/>
                <w:lang w:val="af-ZA"/>
              </w:rPr>
              <w:t xml:space="preserve"> en voete en sê: Dít spreek die Heilige Gees: So sal die Jode die man wie se gordel dit is, in Jerusalem bind en in die hande van heidene oorlewer.</w:t>
            </w:r>
          </w:p>
        </w:tc>
      </w:tr>
    </w:tbl>
    <w:p w14:paraId="4E5B5FE2" w14:textId="716EBA08" w:rsidR="0014559B" w:rsidRPr="008841D5" w:rsidRDefault="0014559B" w:rsidP="00CE53B8">
      <w:pPr>
        <w:spacing w:after="140"/>
        <w:ind w:right="216"/>
        <w:rPr>
          <w:lang w:val="af-ZA"/>
        </w:rPr>
      </w:pPr>
    </w:p>
    <w:tbl>
      <w:tblPr>
        <w:tblStyle w:val="TableGrid"/>
        <w:tblW w:w="9792" w:type="dxa"/>
        <w:tblLayout w:type="fixed"/>
        <w:tblLook w:val="04A0" w:firstRow="1" w:lastRow="0" w:firstColumn="1" w:lastColumn="0" w:noHBand="0" w:noVBand="1"/>
      </w:tblPr>
      <w:tblGrid>
        <w:gridCol w:w="4896"/>
        <w:gridCol w:w="4896"/>
      </w:tblGrid>
      <w:tr w:rsidR="0014559B" w:rsidRPr="008841D5" w14:paraId="79B80B97" w14:textId="77777777" w:rsidTr="00CE53B8">
        <w:tc>
          <w:tcPr>
            <w:tcW w:w="4896" w:type="dxa"/>
            <w:shd w:val="clear" w:color="auto" w:fill="E8EEF5"/>
            <w:tcMar>
              <w:top w:w="70" w:type="dxa"/>
              <w:left w:w="110" w:type="dxa"/>
              <w:bottom w:w="70" w:type="dxa"/>
              <w:right w:w="110" w:type="dxa"/>
            </w:tcMar>
            <w:vAlign w:val="center"/>
          </w:tcPr>
          <w:p w14:paraId="227A33C0" w14:textId="77777777" w:rsidR="0014559B" w:rsidRPr="008841D5" w:rsidRDefault="00000000">
            <w:pPr>
              <w:spacing w:after="0"/>
              <w:rPr>
                <w:lang w:val="af-ZA"/>
              </w:rPr>
            </w:pPr>
            <w:r w:rsidRPr="008841D5">
              <w:rPr>
                <w:b/>
                <w:lang w:val="af-ZA"/>
              </w:rPr>
              <w:t>Item</w:t>
            </w:r>
          </w:p>
        </w:tc>
        <w:tc>
          <w:tcPr>
            <w:tcW w:w="4896" w:type="dxa"/>
            <w:shd w:val="clear" w:color="auto" w:fill="E8EEF5"/>
            <w:tcMar>
              <w:top w:w="70" w:type="dxa"/>
              <w:left w:w="110" w:type="dxa"/>
              <w:bottom w:w="70" w:type="dxa"/>
              <w:right w:w="110" w:type="dxa"/>
            </w:tcMar>
            <w:vAlign w:val="center"/>
          </w:tcPr>
          <w:p w14:paraId="45200DA3" w14:textId="77777777" w:rsidR="0014559B" w:rsidRPr="008841D5" w:rsidRDefault="00000000">
            <w:pPr>
              <w:spacing w:after="0"/>
              <w:rPr>
                <w:lang w:val="af-ZA"/>
              </w:rPr>
            </w:pPr>
            <w:r w:rsidRPr="008841D5">
              <w:rPr>
                <w:b/>
                <w:lang w:val="af-ZA"/>
              </w:rPr>
              <w:t>Skrifverwysing</w:t>
            </w:r>
          </w:p>
        </w:tc>
      </w:tr>
      <w:tr w:rsidR="0014559B" w:rsidRPr="008841D5" w14:paraId="26426B1A" w14:textId="77777777" w:rsidTr="00CE53B8">
        <w:tc>
          <w:tcPr>
            <w:tcW w:w="4896" w:type="dxa"/>
            <w:tcMar>
              <w:top w:w="70" w:type="dxa"/>
              <w:left w:w="110" w:type="dxa"/>
              <w:bottom w:w="70" w:type="dxa"/>
              <w:right w:w="110" w:type="dxa"/>
            </w:tcMar>
            <w:vAlign w:val="center"/>
          </w:tcPr>
          <w:p w14:paraId="24A196D8" w14:textId="77777777" w:rsidR="0014559B" w:rsidRPr="008841D5" w:rsidRDefault="00000000">
            <w:pPr>
              <w:spacing w:after="0"/>
              <w:rPr>
                <w:lang w:val="af-ZA"/>
              </w:rPr>
            </w:pPr>
            <w:r w:rsidRPr="008841D5">
              <w:rPr>
                <w:lang w:val="af-ZA"/>
              </w:rPr>
              <w:t>Josef</w:t>
            </w:r>
          </w:p>
        </w:tc>
        <w:tc>
          <w:tcPr>
            <w:tcW w:w="4896" w:type="dxa"/>
            <w:tcMar>
              <w:top w:w="70" w:type="dxa"/>
              <w:left w:w="110" w:type="dxa"/>
              <w:bottom w:w="70" w:type="dxa"/>
              <w:right w:w="110" w:type="dxa"/>
            </w:tcMar>
            <w:vAlign w:val="center"/>
          </w:tcPr>
          <w:p w14:paraId="6624A107" w14:textId="77777777" w:rsidR="0014559B" w:rsidRPr="008841D5" w:rsidRDefault="00000000">
            <w:pPr>
              <w:spacing w:after="0"/>
              <w:rPr>
                <w:lang w:val="af-ZA"/>
              </w:rPr>
            </w:pPr>
            <w:r w:rsidRPr="008841D5">
              <w:rPr>
                <w:lang w:val="af-ZA"/>
              </w:rPr>
              <w:t>Gen. 37-50</w:t>
            </w:r>
          </w:p>
        </w:tc>
      </w:tr>
    </w:tbl>
    <w:p w14:paraId="1F4B67FD" w14:textId="77777777" w:rsidR="00CE53B8" w:rsidRPr="008841D5" w:rsidRDefault="00CE53B8">
      <w:pPr>
        <w:pStyle w:val="Heading3"/>
        <w:rPr>
          <w:lang w:val="af-ZA"/>
        </w:rPr>
      </w:pPr>
    </w:p>
    <w:p w14:paraId="7B316A51" w14:textId="77777777" w:rsidR="00442811" w:rsidRPr="008841D5" w:rsidRDefault="00442811">
      <w:pPr>
        <w:spacing w:after="200" w:line="276" w:lineRule="auto"/>
        <w:rPr>
          <w:rFonts w:asciiTheme="majorHAnsi" w:eastAsiaTheme="majorEastAsia" w:hAnsiTheme="majorHAnsi" w:cstheme="majorBidi"/>
          <w:b/>
          <w:bCs/>
          <w:color w:val="1F4D78"/>
          <w:sz w:val="26"/>
          <w:szCs w:val="26"/>
          <w:lang w:val="af-ZA"/>
        </w:rPr>
      </w:pPr>
      <w:r w:rsidRPr="008841D5">
        <w:rPr>
          <w:lang w:val="af-ZA"/>
        </w:rPr>
        <w:br w:type="page"/>
      </w:r>
    </w:p>
    <w:p w14:paraId="1851ACBA" w14:textId="293BEE4B" w:rsidR="0014559B" w:rsidRPr="008841D5" w:rsidRDefault="00000000">
      <w:pPr>
        <w:pStyle w:val="Heading2"/>
        <w:rPr>
          <w:lang w:val="af-ZA"/>
        </w:rPr>
      </w:pPr>
      <w:r w:rsidRPr="008841D5">
        <w:rPr>
          <w:lang w:val="af-ZA"/>
        </w:rPr>
        <w:lastRenderedPageBreak/>
        <w:t>Onderskeiding van geeste</w:t>
      </w:r>
    </w:p>
    <w:p w14:paraId="13F622FC" w14:textId="77777777" w:rsidR="00742A10" w:rsidRPr="008841D5" w:rsidRDefault="00000000" w:rsidP="00742A10">
      <w:pPr>
        <w:ind w:left="461"/>
        <w:rPr>
          <w:lang w:val="af-ZA"/>
        </w:rPr>
      </w:pPr>
      <w:r w:rsidRPr="008841D5">
        <w:rPr>
          <w:b/>
          <w:bCs/>
          <w:lang w:val="af-ZA"/>
        </w:rPr>
        <w:t>Definisie:</w:t>
      </w:r>
      <w:r w:rsidRPr="008841D5">
        <w:rPr>
          <w:lang w:val="af-ZA"/>
        </w:rPr>
        <w:t xml:space="preserve"> </w:t>
      </w:r>
      <w:r w:rsidR="00742A10" w:rsidRPr="008841D5">
        <w:rPr>
          <w:lang w:val="af-ZA"/>
        </w:rPr>
        <w:t>Is om bonatuurlike insig te hê in die geesteswêreld om die aard, natuur of bron van 'n atmosfeer of individu te kan eien deur die inspirasie van die Heilige Gees.</w:t>
      </w:r>
    </w:p>
    <w:p w14:paraId="2D5100CE" w14:textId="71F58713" w:rsidR="00742A10" w:rsidRPr="008841D5" w:rsidRDefault="00742A10" w:rsidP="00742A10">
      <w:pPr>
        <w:ind w:left="461"/>
        <w:rPr>
          <w:lang w:val="en-GB"/>
        </w:rPr>
      </w:pPr>
      <w:r w:rsidRPr="008841D5">
        <w:rPr>
          <w:lang w:val="en-GB"/>
        </w:rPr>
        <w:t xml:space="preserve">Perceiver </w:t>
      </w:r>
      <w:r w:rsidRPr="008841D5">
        <w:rPr>
          <w:lang w:val="af-ZA"/>
        </w:rPr>
        <w:t xml:space="preserve">- Reg en verkeerd </w:t>
      </w:r>
      <w:r w:rsidR="00CA36F8" w:rsidRPr="008841D5">
        <w:rPr>
          <w:lang w:val="af-ZA"/>
        </w:rPr>
        <w:t>–</w:t>
      </w:r>
      <w:r w:rsidRPr="008841D5">
        <w:rPr>
          <w:lang w:val="af-ZA"/>
        </w:rPr>
        <w:t xml:space="preserve"> </w:t>
      </w:r>
      <w:r w:rsidRPr="008841D5">
        <w:rPr>
          <w:lang w:val="en-GB"/>
        </w:rPr>
        <w:t>Covid</w:t>
      </w:r>
    </w:p>
    <w:p w14:paraId="0280C253" w14:textId="271D68EF" w:rsidR="0014559B" w:rsidRPr="008841D5" w:rsidRDefault="00CA36F8" w:rsidP="00CA36F8">
      <w:pPr>
        <w:ind w:left="461"/>
        <w:rPr>
          <w:lang w:val="af-ZA"/>
        </w:rPr>
      </w:pPr>
      <w:r w:rsidRPr="008841D5">
        <w:rPr>
          <w:lang w:val="af-ZA"/>
        </w:rPr>
        <w:t xml:space="preserve">Weggevoer na die stomme afgode </w:t>
      </w:r>
      <w:r w:rsidRPr="008841D5">
        <w:rPr>
          <w:lang w:val="af-ZA"/>
        </w:rPr>
        <w:tab/>
        <w:t xml:space="preserve">- 1 </w:t>
      </w:r>
      <w:proofErr w:type="spellStart"/>
      <w:r w:rsidRPr="008841D5">
        <w:rPr>
          <w:lang w:val="af-ZA"/>
        </w:rPr>
        <w:t>Kor</w:t>
      </w:r>
      <w:proofErr w:type="spellEnd"/>
      <w:r w:rsidRPr="008841D5">
        <w:rPr>
          <w:lang w:val="af-ZA"/>
        </w:rPr>
        <w:t xml:space="preserve"> 12:2</w:t>
      </w:r>
    </w:p>
    <w:p w14:paraId="337114AC" w14:textId="77777777" w:rsidR="00CA36F8" w:rsidRPr="008841D5" w:rsidRDefault="00CA36F8" w:rsidP="00CA36F8">
      <w:pPr>
        <w:ind w:left="461"/>
        <w:rPr>
          <w:lang w:val="af-ZA"/>
        </w:rPr>
      </w:pPr>
    </w:p>
    <w:p w14:paraId="74186C28" w14:textId="67A7CB4C" w:rsidR="0014559B" w:rsidRPr="008841D5" w:rsidRDefault="00D55E8F">
      <w:pPr>
        <w:pStyle w:val="Heading3"/>
        <w:rPr>
          <w:lang w:val="af-ZA"/>
        </w:rPr>
      </w:pPr>
      <w:r w:rsidRPr="008841D5">
        <w:rPr>
          <w:lang w:val="af-ZA"/>
        </w:rPr>
        <w:t>Klassifisering van geeste</w:t>
      </w:r>
    </w:p>
    <w:p w14:paraId="67FA3F9A" w14:textId="77777777" w:rsidR="0014559B" w:rsidRPr="008841D5" w:rsidRDefault="00000000">
      <w:pPr>
        <w:pStyle w:val="Heading3"/>
        <w:rPr>
          <w:u w:val="single"/>
          <w:lang w:val="af-ZA"/>
        </w:rPr>
      </w:pPr>
      <w:r w:rsidRPr="008841D5">
        <w:rPr>
          <w:u w:val="single"/>
          <w:lang w:val="af-ZA"/>
        </w:rPr>
        <w:t>Die Heilige Gees</w:t>
      </w:r>
    </w:p>
    <w:tbl>
      <w:tblPr>
        <w:tblStyle w:val="TableGrid"/>
        <w:tblW w:w="9792" w:type="dxa"/>
        <w:tblLayout w:type="fixed"/>
        <w:tblLook w:val="04A0" w:firstRow="1" w:lastRow="0" w:firstColumn="1" w:lastColumn="0" w:noHBand="0" w:noVBand="1"/>
      </w:tblPr>
      <w:tblGrid>
        <w:gridCol w:w="4896"/>
        <w:gridCol w:w="4896"/>
      </w:tblGrid>
      <w:tr w:rsidR="0014559B" w:rsidRPr="008841D5" w14:paraId="6B479E73" w14:textId="77777777" w:rsidTr="00CE53B8">
        <w:tc>
          <w:tcPr>
            <w:tcW w:w="4896" w:type="dxa"/>
            <w:shd w:val="clear" w:color="auto" w:fill="E8EEF5"/>
            <w:tcMar>
              <w:top w:w="70" w:type="dxa"/>
              <w:left w:w="110" w:type="dxa"/>
              <w:bottom w:w="70" w:type="dxa"/>
              <w:right w:w="110" w:type="dxa"/>
            </w:tcMar>
            <w:vAlign w:val="center"/>
          </w:tcPr>
          <w:p w14:paraId="0666E791" w14:textId="77777777" w:rsidR="0014559B" w:rsidRPr="008841D5" w:rsidRDefault="00000000">
            <w:pPr>
              <w:spacing w:after="0"/>
              <w:rPr>
                <w:lang w:val="af-ZA"/>
              </w:rPr>
            </w:pPr>
            <w:r w:rsidRPr="008841D5">
              <w:rPr>
                <w:b/>
                <w:lang w:val="af-ZA"/>
              </w:rPr>
              <w:t>Item</w:t>
            </w:r>
          </w:p>
        </w:tc>
        <w:tc>
          <w:tcPr>
            <w:tcW w:w="4896" w:type="dxa"/>
            <w:shd w:val="clear" w:color="auto" w:fill="E8EEF5"/>
            <w:tcMar>
              <w:top w:w="70" w:type="dxa"/>
              <w:left w:w="110" w:type="dxa"/>
              <w:bottom w:w="70" w:type="dxa"/>
              <w:right w:w="110" w:type="dxa"/>
            </w:tcMar>
            <w:vAlign w:val="center"/>
          </w:tcPr>
          <w:p w14:paraId="34CE5961" w14:textId="77777777" w:rsidR="0014559B" w:rsidRPr="008841D5" w:rsidRDefault="00000000">
            <w:pPr>
              <w:spacing w:after="0"/>
              <w:rPr>
                <w:lang w:val="af-ZA"/>
              </w:rPr>
            </w:pPr>
            <w:r w:rsidRPr="008841D5">
              <w:rPr>
                <w:b/>
                <w:lang w:val="af-ZA"/>
              </w:rPr>
              <w:t>Skrifverwysing</w:t>
            </w:r>
          </w:p>
        </w:tc>
      </w:tr>
      <w:tr w:rsidR="0014559B" w:rsidRPr="008841D5" w14:paraId="36EC4EA5" w14:textId="77777777" w:rsidTr="00CE53B8">
        <w:tc>
          <w:tcPr>
            <w:tcW w:w="4896" w:type="dxa"/>
            <w:tcMar>
              <w:top w:w="70" w:type="dxa"/>
              <w:left w:w="110" w:type="dxa"/>
              <w:bottom w:w="70" w:type="dxa"/>
              <w:right w:w="110" w:type="dxa"/>
            </w:tcMar>
            <w:vAlign w:val="center"/>
          </w:tcPr>
          <w:p w14:paraId="3596952B" w14:textId="77777777" w:rsidR="0014559B" w:rsidRPr="008841D5" w:rsidRDefault="00000000">
            <w:pPr>
              <w:spacing w:after="0"/>
              <w:rPr>
                <w:lang w:val="af-ZA"/>
              </w:rPr>
            </w:pPr>
            <w:r w:rsidRPr="008841D5">
              <w:rPr>
                <w:lang w:val="af-ZA"/>
              </w:rPr>
              <w:t>Johannes se getuienis</w:t>
            </w:r>
          </w:p>
        </w:tc>
        <w:tc>
          <w:tcPr>
            <w:tcW w:w="4896" w:type="dxa"/>
            <w:tcMar>
              <w:top w:w="70" w:type="dxa"/>
              <w:left w:w="110" w:type="dxa"/>
              <w:bottom w:w="70" w:type="dxa"/>
              <w:right w:w="110" w:type="dxa"/>
            </w:tcMar>
            <w:vAlign w:val="center"/>
          </w:tcPr>
          <w:p w14:paraId="6CE561F8" w14:textId="77777777" w:rsidR="0014559B" w:rsidRPr="008841D5" w:rsidRDefault="00000000">
            <w:pPr>
              <w:spacing w:after="0"/>
              <w:rPr>
                <w:lang w:val="af-ZA"/>
              </w:rPr>
            </w:pPr>
            <w:proofErr w:type="spellStart"/>
            <w:r w:rsidRPr="008841D5">
              <w:rPr>
                <w:lang w:val="af-ZA"/>
              </w:rPr>
              <w:t>Joh</w:t>
            </w:r>
            <w:proofErr w:type="spellEnd"/>
            <w:r w:rsidRPr="008841D5">
              <w:rPr>
                <w:lang w:val="af-ZA"/>
              </w:rPr>
              <w:t xml:space="preserve"> 1:32</w:t>
            </w:r>
          </w:p>
        </w:tc>
      </w:tr>
      <w:tr w:rsidR="00CE53B8" w:rsidRPr="008841D5" w14:paraId="07DFF4FF" w14:textId="77777777" w:rsidTr="002A3C34">
        <w:tc>
          <w:tcPr>
            <w:tcW w:w="9792" w:type="dxa"/>
            <w:gridSpan w:val="2"/>
            <w:tcMar>
              <w:top w:w="70" w:type="dxa"/>
              <w:left w:w="110" w:type="dxa"/>
              <w:bottom w:w="70" w:type="dxa"/>
              <w:right w:w="110" w:type="dxa"/>
            </w:tcMar>
            <w:vAlign w:val="center"/>
          </w:tcPr>
          <w:p w14:paraId="50271F13" w14:textId="0636AD10" w:rsidR="00CE53B8" w:rsidRPr="008841D5" w:rsidRDefault="00CE53B8" w:rsidP="00CE53B8">
            <w:pPr>
              <w:spacing w:after="140"/>
              <w:ind w:left="461" w:right="216"/>
              <w:rPr>
                <w:lang w:val="af-ZA"/>
              </w:rPr>
            </w:pPr>
            <w:r w:rsidRPr="008841D5">
              <w:rPr>
                <w:i/>
                <w:lang w:val="af-ZA"/>
              </w:rPr>
              <w:t xml:space="preserve">En Johannes het getuig en gesê: Ek het </w:t>
            </w:r>
            <w:r w:rsidRPr="008841D5">
              <w:rPr>
                <w:b/>
                <w:bCs/>
                <w:i/>
                <w:lang w:val="af-ZA"/>
              </w:rPr>
              <w:t>die Gees soos ’n duif uit die hemel sien neerdaal</w:t>
            </w:r>
            <w:r w:rsidRPr="008841D5">
              <w:rPr>
                <w:i/>
                <w:lang w:val="af-ZA"/>
              </w:rPr>
              <w:t>, en Hy het op Hom gebly. En ek het Hom nie geken nie; maar Hy wat my gestuur het om met water te doop, Hy het aan my gesê: Op wie jy die Gees sien neerdaal en op Hom bly, dit is Hy wat met die Heilige Gees doop.</w:t>
            </w:r>
          </w:p>
        </w:tc>
      </w:tr>
    </w:tbl>
    <w:p w14:paraId="2291EAD5" w14:textId="77777777" w:rsidR="0014559B" w:rsidRPr="008841D5" w:rsidRDefault="0014559B">
      <w:pPr>
        <w:spacing w:after="0"/>
        <w:rPr>
          <w:lang w:val="af-ZA"/>
        </w:rPr>
      </w:pPr>
    </w:p>
    <w:p w14:paraId="100F8D61" w14:textId="77777777" w:rsidR="0014559B" w:rsidRPr="008841D5" w:rsidRDefault="00000000">
      <w:pPr>
        <w:pStyle w:val="Heading3"/>
        <w:rPr>
          <w:u w:val="single"/>
          <w:lang w:val="af-ZA"/>
        </w:rPr>
      </w:pPr>
      <w:r w:rsidRPr="008841D5">
        <w:rPr>
          <w:u w:val="single"/>
          <w:lang w:val="af-ZA"/>
        </w:rPr>
        <w:t>Engele</w:t>
      </w:r>
    </w:p>
    <w:tbl>
      <w:tblPr>
        <w:tblStyle w:val="TableGrid"/>
        <w:tblW w:w="9792" w:type="dxa"/>
        <w:tblLayout w:type="fixed"/>
        <w:tblLook w:val="04A0" w:firstRow="1" w:lastRow="0" w:firstColumn="1" w:lastColumn="0" w:noHBand="0" w:noVBand="1"/>
      </w:tblPr>
      <w:tblGrid>
        <w:gridCol w:w="4896"/>
        <w:gridCol w:w="4896"/>
      </w:tblGrid>
      <w:tr w:rsidR="0014559B" w:rsidRPr="008841D5" w14:paraId="29A7EBDA" w14:textId="77777777" w:rsidTr="00CE53B8">
        <w:tc>
          <w:tcPr>
            <w:tcW w:w="4896" w:type="dxa"/>
            <w:shd w:val="clear" w:color="auto" w:fill="E8EEF5"/>
            <w:tcMar>
              <w:top w:w="70" w:type="dxa"/>
              <w:left w:w="110" w:type="dxa"/>
              <w:bottom w:w="70" w:type="dxa"/>
              <w:right w:w="110" w:type="dxa"/>
            </w:tcMar>
            <w:vAlign w:val="center"/>
          </w:tcPr>
          <w:p w14:paraId="3FAF6F58" w14:textId="77777777" w:rsidR="0014559B" w:rsidRPr="008841D5" w:rsidRDefault="00000000">
            <w:pPr>
              <w:spacing w:after="0"/>
              <w:rPr>
                <w:lang w:val="af-ZA"/>
              </w:rPr>
            </w:pPr>
            <w:r w:rsidRPr="008841D5">
              <w:rPr>
                <w:b/>
                <w:lang w:val="af-ZA"/>
              </w:rPr>
              <w:t>Item</w:t>
            </w:r>
          </w:p>
        </w:tc>
        <w:tc>
          <w:tcPr>
            <w:tcW w:w="4896" w:type="dxa"/>
            <w:shd w:val="clear" w:color="auto" w:fill="E8EEF5"/>
            <w:tcMar>
              <w:top w:w="70" w:type="dxa"/>
              <w:left w:w="110" w:type="dxa"/>
              <w:bottom w:w="70" w:type="dxa"/>
              <w:right w:w="110" w:type="dxa"/>
            </w:tcMar>
            <w:vAlign w:val="center"/>
          </w:tcPr>
          <w:p w14:paraId="484F6A25" w14:textId="77777777" w:rsidR="0014559B" w:rsidRPr="008841D5" w:rsidRDefault="00000000">
            <w:pPr>
              <w:spacing w:after="0"/>
              <w:rPr>
                <w:lang w:val="af-ZA"/>
              </w:rPr>
            </w:pPr>
            <w:r w:rsidRPr="008841D5">
              <w:rPr>
                <w:b/>
                <w:lang w:val="af-ZA"/>
              </w:rPr>
              <w:t>Skrifverwysing</w:t>
            </w:r>
          </w:p>
        </w:tc>
      </w:tr>
      <w:tr w:rsidR="0014559B" w:rsidRPr="008841D5" w14:paraId="1CAC1C61" w14:textId="77777777" w:rsidTr="00CE53B8">
        <w:tc>
          <w:tcPr>
            <w:tcW w:w="4896" w:type="dxa"/>
            <w:tcMar>
              <w:top w:w="70" w:type="dxa"/>
              <w:left w:w="110" w:type="dxa"/>
              <w:bottom w:w="70" w:type="dxa"/>
              <w:right w:w="110" w:type="dxa"/>
            </w:tcMar>
            <w:vAlign w:val="center"/>
          </w:tcPr>
          <w:p w14:paraId="2A0FDEF1" w14:textId="77777777" w:rsidR="0014559B" w:rsidRPr="008841D5" w:rsidRDefault="00000000">
            <w:pPr>
              <w:spacing w:after="0"/>
              <w:rPr>
                <w:lang w:val="af-ZA"/>
              </w:rPr>
            </w:pPr>
            <w:r w:rsidRPr="008841D5">
              <w:rPr>
                <w:lang w:val="af-ZA"/>
              </w:rPr>
              <w:t xml:space="preserve">Tuin van </w:t>
            </w:r>
            <w:proofErr w:type="spellStart"/>
            <w:r w:rsidRPr="008841D5">
              <w:rPr>
                <w:lang w:val="af-ZA"/>
              </w:rPr>
              <w:t>Getsémané</w:t>
            </w:r>
            <w:proofErr w:type="spellEnd"/>
          </w:p>
        </w:tc>
        <w:tc>
          <w:tcPr>
            <w:tcW w:w="4896" w:type="dxa"/>
            <w:tcMar>
              <w:top w:w="70" w:type="dxa"/>
              <w:left w:w="110" w:type="dxa"/>
              <w:bottom w:w="70" w:type="dxa"/>
              <w:right w:w="110" w:type="dxa"/>
            </w:tcMar>
            <w:vAlign w:val="center"/>
          </w:tcPr>
          <w:p w14:paraId="3DE887BC" w14:textId="77777777" w:rsidR="0014559B" w:rsidRPr="008841D5" w:rsidRDefault="00000000">
            <w:pPr>
              <w:spacing w:after="0"/>
              <w:rPr>
                <w:lang w:val="af-ZA"/>
              </w:rPr>
            </w:pPr>
            <w:r w:rsidRPr="008841D5">
              <w:rPr>
                <w:lang w:val="af-ZA"/>
              </w:rPr>
              <w:t>Lukas 22:43</w:t>
            </w:r>
          </w:p>
        </w:tc>
      </w:tr>
      <w:tr w:rsidR="00CE53B8" w:rsidRPr="008841D5" w14:paraId="105162EA" w14:textId="77777777" w:rsidTr="00FE56A2">
        <w:tc>
          <w:tcPr>
            <w:tcW w:w="9792" w:type="dxa"/>
            <w:gridSpan w:val="2"/>
            <w:tcMar>
              <w:top w:w="70" w:type="dxa"/>
              <w:left w:w="110" w:type="dxa"/>
              <w:bottom w:w="70" w:type="dxa"/>
              <w:right w:w="110" w:type="dxa"/>
            </w:tcMar>
            <w:vAlign w:val="center"/>
          </w:tcPr>
          <w:p w14:paraId="6EAD7AEA" w14:textId="43E6B24B" w:rsidR="00CE53B8" w:rsidRPr="008841D5" w:rsidRDefault="00CE53B8" w:rsidP="00826AEC">
            <w:pPr>
              <w:spacing w:after="0"/>
              <w:ind w:left="454"/>
              <w:rPr>
                <w:lang w:val="af-ZA"/>
              </w:rPr>
            </w:pPr>
            <w:r w:rsidRPr="008841D5">
              <w:rPr>
                <w:i/>
                <w:lang w:val="af-ZA"/>
              </w:rPr>
              <w:t xml:space="preserve">En </w:t>
            </w:r>
            <w:r w:rsidRPr="008841D5">
              <w:rPr>
                <w:b/>
                <w:bCs/>
                <w:i/>
                <w:lang w:val="af-ZA"/>
              </w:rPr>
              <w:t>’n engel uit die hemel</w:t>
            </w:r>
            <w:r w:rsidRPr="008841D5">
              <w:rPr>
                <w:i/>
                <w:lang w:val="af-ZA"/>
              </w:rPr>
              <w:t xml:space="preserve"> het aan Hom verskyn en Hom versterk.</w:t>
            </w:r>
          </w:p>
        </w:tc>
      </w:tr>
    </w:tbl>
    <w:p w14:paraId="76F3E3F3" w14:textId="162D8895" w:rsidR="0014559B" w:rsidRPr="008841D5" w:rsidRDefault="0014559B" w:rsidP="00CE53B8">
      <w:pPr>
        <w:spacing w:after="140"/>
        <w:ind w:right="216"/>
        <w:rPr>
          <w:lang w:val="af-ZA"/>
        </w:rPr>
      </w:pPr>
    </w:p>
    <w:tbl>
      <w:tblPr>
        <w:tblStyle w:val="TableGrid"/>
        <w:tblW w:w="9792" w:type="dxa"/>
        <w:tblLayout w:type="fixed"/>
        <w:tblLook w:val="04A0" w:firstRow="1" w:lastRow="0" w:firstColumn="1" w:lastColumn="0" w:noHBand="0" w:noVBand="1"/>
      </w:tblPr>
      <w:tblGrid>
        <w:gridCol w:w="4896"/>
        <w:gridCol w:w="4896"/>
      </w:tblGrid>
      <w:tr w:rsidR="0014559B" w:rsidRPr="008841D5" w14:paraId="39F2BA60" w14:textId="77777777" w:rsidTr="00CE53B8">
        <w:tc>
          <w:tcPr>
            <w:tcW w:w="4896" w:type="dxa"/>
            <w:shd w:val="clear" w:color="auto" w:fill="E8EEF5"/>
            <w:tcMar>
              <w:top w:w="70" w:type="dxa"/>
              <w:left w:w="110" w:type="dxa"/>
              <w:bottom w:w="70" w:type="dxa"/>
              <w:right w:w="110" w:type="dxa"/>
            </w:tcMar>
            <w:vAlign w:val="center"/>
          </w:tcPr>
          <w:p w14:paraId="057CE7B4" w14:textId="77777777" w:rsidR="0014559B" w:rsidRPr="008841D5" w:rsidRDefault="00000000">
            <w:pPr>
              <w:spacing w:after="0"/>
              <w:rPr>
                <w:lang w:val="af-ZA"/>
              </w:rPr>
            </w:pPr>
            <w:r w:rsidRPr="008841D5">
              <w:rPr>
                <w:b/>
                <w:lang w:val="af-ZA"/>
              </w:rPr>
              <w:t>Item</w:t>
            </w:r>
          </w:p>
        </w:tc>
        <w:tc>
          <w:tcPr>
            <w:tcW w:w="4896" w:type="dxa"/>
            <w:shd w:val="clear" w:color="auto" w:fill="E8EEF5"/>
            <w:tcMar>
              <w:top w:w="70" w:type="dxa"/>
              <w:left w:w="110" w:type="dxa"/>
              <w:bottom w:w="70" w:type="dxa"/>
              <w:right w:w="110" w:type="dxa"/>
            </w:tcMar>
            <w:vAlign w:val="center"/>
          </w:tcPr>
          <w:p w14:paraId="23D192A0" w14:textId="77777777" w:rsidR="0014559B" w:rsidRPr="008841D5" w:rsidRDefault="00000000">
            <w:pPr>
              <w:spacing w:after="0"/>
              <w:rPr>
                <w:lang w:val="af-ZA"/>
              </w:rPr>
            </w:pPr>
            <w:r w:rsidRPr="008841D5">
              <w:rPr>
                <w:b/>
                <w:lang w:val="af-ZA"/>
              </w:rPr>
              <w:t>Skrifverwysing</w:t>
            </w:r>
          </w:p>
        </w:tc>
      </w:tr>
      <w:tr w:rsidR="0014559B" w:rsidRPr="008841D5" w14:paraId="1D50B91D" w14:textId="77777777" w:rsidTr="00CE53B8">
        <w:tc>
          <w:tcPr>
            <w:tcW w:w="4896" w:type="dxa"/>
            <w:tcMar>
              <w:top w:w="70" w:type="dxa"/>
              <w:left w:w="110" w:type="dxa"/>
              <w:bottom w:w="70" w:type="dxa"/>
              <w:right w:w="110" w:type="dxa"/>
            </w:tcMar>
            <w:vAlign w:val="center"/>
          </w:tcPr>
          <w:p w14:paraId="2FE4BBD5" w14:textId="77777777" w:rsidR="0014559B" w:rsidRPr="008841D5" w:rsidRDefault="00000000">
            <w:pPr>
              <w:spacing w:after="0"/>
              <w:rPr>
                <w:lang w:val="af-ZA"/>
              </w:rPr>
            </w:pPr>
            <w:r w:rsidRPr="008841D5">
              <w:rPr>
                <w:lang w:val="af-ZA"/>
              </w:rPr>
              <w:t>Maria by die graf</w:t>
            </w:r>
          </w:p>
        </w:tc>
        <w:tc>
          <w:tcPr>
            <w:tcW w:w="4896" w:type="dxa"/>
            <w:tcMar>
              <w:top w:w="70" w:type="dxa"/>
              <w:left w:w="110" w:type="dxa"/>
              <w:bottom w:w="70" w:type="dxa"/>
              <w:right w:w="110" w:type="dxa"/>
            </w:tcMar>
            <w:vAlign w:val="center"/>
          </w:tcPr>
          <w:p w14:paraId="7506B4BD" w14:textId="77777777" w:rsidR="0014559B" w:rsidRPr="008841D5" w:rsidRDefault="00000000">
            <w:pPr>
              <w:spacing w:after="0"/>
              <w:rPr>
                <w:lang w:val="af-ZA"/>
              </w:rPr>
            </w:pPr>
            <w:r w:rsidRPr="008841D5">
              <w:rPr>
                <w:lang w:val="af-ZA"/>
              </w:rPr>
              <w:t>Joh. 20:11-13</w:t>
            </w:r>
          </w:p>
        </w:tc>
      </w:tr>
      <w:tr w:rsidR="00CE53B8" w:rsidRPr="008841D5" w14:paraId="15AE2BD1" w14:textId="77777777" w:rsidTr="004B5075">
        <w:tc>
          <w:tcPr>
            <w:tcW w:w="9792" w:type="dxa"/>
            <w:gridSpan w:val="2"/>
            <w:tcMar>
              <w:top w:w="70" w:type="dxa"/>
              <w:left w:w="110" w:type="dxa"/>
              <w:bottom w:w="70" w:type="dxa"/>
              <w:right w:w="110" w:type="dxa"/>
            </w:tcMar>
            <w:vAlign w:val="center"/>
          </w:tcPr>
          <w:p w14:paraId="2207860C" w14:textId="3E78E65D" w:rsidR="00CE53B8" w:rsidRPr="008841D5" w:rsidRDefault="00CE53B8" w:rsidP="00826AEC">
            <w:pPr>
              <w:spacing w:after="0"/>
              <w:ind w:left="454"/>
              <w:rPr>
                <w:lang w:val="af-ZA"/>
              </w:rPr>
            </w:pPr>
            <w:r w:rsidRPr="008841D5">
              <w:rPr>
                <w:i/>
                <w:lang w:val="af-ZA"/>
              </w:rPr>
              <w:t>M</w:t>
            </w:r>
            <w:r w:rsidR="00826AEC" w:rsidRPr="008841D5">
              <w:rPr>
                <w:i/>
                <w:lang w:val="af-ZA"/>
              </w:rPr>
              <w:t>aar</w:t>
            </w:r>
            <w:r w:rsidRPr="008841D5">
              <w:rPr>
                <w:i/>
                <w:lang w:val="af-ZA"/>
              </w:rPr>
              <w:t xml:space="preserve"> Maria het buitekant by die graf gestaan en ween; en terwyl sy ween, buk sy na die graf toe en sien </w:t>
            </w:r>
            <w:r w:rsidRPr="008841D5">
              <w:rPr>
                <w:b/>
                <w:bCs/>
                <w:i/>
                <w:lang w:val="af-ZA"/>
              </w:rPr>
              <w:t>twee engele daar sit</w:t>
            </w:r>
            <w:r w:rsidRPr="008841D5">
              <w:rPr>
                <w:i/>
                <w:lang w:val="af-ZA"/>
              </w:rPr>
              <w:t xml:space="preserve"> met wit klere aan, een by die hoof en een by die voete waar die liggaam van Jesus gelê het.</w:t>
            </w:r>
          </w:p>
        </w:tc>
      </w:tr>
    </w:tbl>
    <w:p w14:paraId="1D5B91FD" w14:textId="4CB8DB4E" w:rsidR="0014559B" w:rsidRPr="008841D5" w:rsidRDefault="0014559B" w:rsidP="00CE53B8">
      <w:pPr>
        <w:spacing w:after="140"/>
        <w:ind w:right="216"/>
        <w:rPr>
          <w:lang w:val="af-ZA"/>
        </w:rPr>
      </w:pPr>
    </w:p>
    <w:tbl>
      <w:tblPr>
        <w:tblStyle w:val="TableGrid"/>
        <w:tblW w:w="9792" w:type="dxa"/>
        <w:tblLayout w:type="fixed"/>
        <w:tblLook w:val="04A0" w:firstRow="1" w:lastRow="0" w:firstColumn="1" w:lastColumn="0" w:noHBand="0" w:noVBand="1"/>
      </w:tblPr>
      <w:tblGrid>
        <w:gridCol w:w="4896"/>
        <w:gridCol w:w="4896"/>
      </w:tblGrid>
      <w:tr w:rsidR="0014559B" w:rsidRPr="008841D5" w14:paraId="31323A2A" w14:textId="77777777" w:rsidTr="00CE53B8">
        <w:tc>
          <w:tcPr>
            <w:tcW w:w="4896" w:type="dxa"/>
            <w:shd w:val="clear" w:color="auto" w:fill="E8EEF5"/>
            <w:tcMar>
              <w:top w:w="70" w:type="dxa"/>
              <w:left w:w="110" w:type="dxa"/>
              <w:bottom w:w="70" w:type="dxa"/>
              <w:right w:w="110" w:type="dxa"/>
            </w:tcMar>
            <w:vAlign w:val="center"/>
          </w:tcPr>
          <w:p w14:paraId="5CFC45E4" w14:textId="77777777" w:rsidR="0014559B" w:rsidRPr="008841D5" w:rsidRDefault="00000000">
            <w:pPr>
              <w:spacing w:after="0"/>
              <w:rPr>
                <w:lang w:val="af-ZA"/>
              </w:rPr>
            </w:pPr>
            <w:r w:rsidRPr="008841D5">
              <w:rPr>
                <w:b/>
                <w:lang w:val="af-ZA"/>
              </w:rPr>
              <w:t>Item</w:t>
            </w:r>
          </w:p>
        </w:tc>
        <w:tc>
          <w:tcPr>
            <w:tcW w:w="4896" w:type="dxa"/>
            <w:shd w:val="clear" w:color="auto" w:fill="E8EEF5"/>
            <w:tcMar>
              <w:top w:w="70" w:type="dxa"/>
              <w:left w:w="110" w:type="dxa"/>
              <w:bottom w:w="70" w:type="dxa"/>
              <w:right w:w="110" w:type="dxa"/>
            </w:tcMar>
            <w:vAlign w:val="center"/>
          </w:tcPr>
          <w:p w14:paraId="55121165" w14:textId="77777777" w:rsidR="0014559B" w:rsidRPr="008841D5" w:rsidRDefault="00000000">
            <w:pPr>
              <w:spacing w:after="0"/>
              <w:rPr>
                <w:lang w:val="af-ZA"/>
              </w:rPr>
            </w:pPr>
            <w:r w:rsidRPr="008841D5">
              <w:rPr>
                <w:b/>
                <w:lang w:val="af-ZA"/>
              </w:rPr>
              <w:t>Skrifverwysing</w:t>
            </w:r>
          </w:p>
        </w:tc>
      </w:tr>
      <w:tr w:rsidR="0014559B" w:rsidRPr="008841D5" w14:paraId="73DFD858" w14:textId="77777777" w:rsidTr="00CE53B8">
        <w:tc>
          <w:tcPr>
            <w:tcW w:w="4896" w:type="dxa"/>
            <w:tcMar>
              <w:top w:w="70" w:type="dxa"/>
              <w:left w:w="110" w:type="dxa"/>
              <w:bottom w:w="70" w:type="dxa"/>
              <w:right w:w="110" w:type="dxa"/>
            </w:tcMar>
            <w:vAlign w:val="center"/>
          </w:tcPr>
          <w:p w14:paraId="6EEE3B5D" w14:textId="77777777" w:rsidR="0014559B" w:rsidRPr="008841D5" w:rsidRDefault="00000000">
            <w:pPr>
              <w:spacing w:after="0"/>
              <w:rPr>
                <w:lang w:val="af-ZA"/>
              </w:rPr>
            </w:pPr>
            <w:r w:rsidRPr="008841D5">
              <w:rPr>
                <w:lang w:val="af-ZA"/>
              </w:rPr>
              <w:t>Paulus</w:t>
            </w:r>
          </w:p>
        </w:tc>
        <w:tc>
          <w:tcPr>
            <w:tcW w:w="4896" w:type="dxa"/>
            <w:tcMar>
              <w:top w:w="70" w:type="dxa"/>
              <w:left w:w="110" w:type="dxa"/>
              <w:bottom w:w="70" w:type="dxa"/>
              <w:right w:w="110" w:type="dxa"/>
            </w:tcMar>
            <w:vAlign w:val="center"/>
          </w:tcPr>
          <w:p w14:paraId="44686462" w14:textId="77777777" w:rsidR="0014559B" w:rsidRPr="008841D5" w:rsidRDefault="00000000">
            <w:pPr>
              <w:spacing w:after="0"/>
              <w:rPr>
                <w:lang w:val="af-ZA"/>
              </w:rPr>
            </w:pPr>
            <w:r w:rsidRPr="008841D5">
              <w:rPr>
                <w:lang w:val="af-ZA"/>
              </w:rPr>
              <w:t>Hand. 14:8-10</w:t>
            </w:r>
          </w:p>
        </w:tc>
      </w:tr>
      <w:tr w:rsidR="00CE53B8" w:rsidRPr="008841D5" w14:paraId="02F12F7A" w14:textId="77777777" w:rsidTr="00DE15A0">
        <w:tc>
          <w:tcPr>
            <w:tcW w:w="9792" w:type="dxa"/>
            <w:gridSpan w:val="2"/>
            <w:tcMar>
              <w:top w:w="70" w:type="dxa"/>
              <w:left w:w="110" w:type="dxa"/>
              <w:bottom w:w="70" w:type="dxa"/>
              <w:right w:w="110" w:type="dxa"/>
            </w:tcMar>
            <w:vAlign w:val="center"/>
          </w:tcPr>
          <w:p w14:paraId="6DDE445A" w14:textId="3734C397" w:rsidR="00CE53B8" w:rsidRPr="008841D5" w:rsidRDefault="00CE53B8" w:rsidP="00826AEC">
            <w:pPr>
              <w:spacing w:after="140"/>
              <w:ind w:left="454" w:right="216"/>
              <w:rPr>
                <w:lang w:val="af-ZA"/>
              </w:rPr>
            </w:pPr>
            <w:r w:rsidRPr="008841D5">
              <w:rPr>
                <w:i/>
                <w:lang w:val="af-ZA"/>
              </w:rPr>
              <w:t xml:space="preserve">Want daar het in hierdie nag by my gestaan </w:t>
            </w:r>
            <w:r w:rsidRPr="008841D5">
              <w:rPr>
                <w:b/>
                <w:bCs/>
                <w:i/>
                <w:lang w:val="af-ZA"/>
              </w:rPr>
              <w:t>’n engel van die God</w:t>
            </w:r>
            <w:r w:rsidRPr="008841D5">
              <w:rPr>
                <w:i/>
                <w:lang w:val="af-ZA"/>
              </w:rPr>
              <w:t xml:space="preserve"> aan wie ek behoort, wat ek ook dien. En hy het gesê: Moenie vrees nie, Paulus; jy moet voor die keiser staan, en kyk, God het aan jou geskenk almal wat saam met jou vaar.</w:t>
            </w:r>
          </w:p>
        </w:tc>
      </w:tr>
    </w:tbl>
    <w:p w14:paraId="17A566BC" w14:textId="77777777" w:rsidR="003A42D7" w:rsidRPr="008841D5" w:rsidRDefault="003A42D7">
      <w:pPr>
        <w:pStyle w:val="Heading3"/>
        <w:rPr>
          <w:lang w:val="af-ZA"/>
        </w:rPr>
      </w:pPr>
    </w:p>
    <w:p w14:paraId="665FC46B" w14:textId="77777777" w:rsidR="00826AEC" w:rsidRPr="008841D5" w:rsidRDefault="00826AEC">
      <w:pPr>
        <w:spacing w:after="200" w:line="276" w:lineRule="auto"/>
        <w:rPr>
          <w:rFonts w:asciiTheme="majorHAnsi" w:eastAsiaTheme="majorEastAsia" w:hAnsiTheme="majorHAnsi" w:cstheme="majorBidi"/>
          <w:b/>
          <w:bCs/>
          <w:color w:val="1F4D78"/>
          <w:sz w:val="23"/>
          <w:u w:val="single"/>
          <w:lang w:val="af-ZA"/>
        </w:rPr>
      </w:pPr>
      <w:r w:rsidRPr="008841D5">
        <w:rPr>
          <w:u w:val="single"/>
          <w:lang w:val="af-ZA"/>
        </w:rPr>
        <w:br w:type="page"/>
      </w:r>
    </w:p>
    <w:p w14:paraId="6E6A8917" w14:textId="29CE31F8" w:rsidR="0014559B" w:rsidRPr="008841D5" w:rsidRDefault="00000000">
      <w:pPr>
        <w:pStyle w:val="Heading3"/>
        <w:rPr>
          <w:u w:val="single"/>
          <w:lang w:val="af-ZA"/>
        </w:rPr>
      </w:pPr>
      <w:r w:rsidRPr="008841D5">
        <w:rPr>
          <w:u w:val="single"/>
          <w:lang w:val="af-ZA"/>
        </w:rPr>
        <w:lastRenderedPageBreak/>
        <w:t>Menslike geeste</w:t>
      </w:r>
    </w:p>
    <w:tbl>
      <w:tblPr>
        <w:tblStyle w:val="TableGrid"/>
        <w:tblW w:w="9792" w:type="dxa"/>
        <w:tblLayout w:type="fixed"/>
        <w:tblLook w:val="04A0" w:firstRow="1" w:lastRow="0" w:firstColumn="1" w:lastColumn="0" w:noHBand="0" w:noVBand="1"/>
      </w:tblPr>
      <w:tblGrid>
        <w:gridCol w:w="4896"/>
        <w:gridCol w:w="4896"/>
      </w:tblGrid>
      <w:tr w:rsidR="0014559B" w:rsidRPr="008841D5" w14:paraId="4A19BDFB" w14:textId="77777777" w:rsidTr="00826AEC">
        <w:tc>
          <w:tcPr>
            <w:tcW w:w="4896" w:type="dxa"/>
            <w:shd w:val="clear" w:color="auto" w:fill="E8EEF5"/>
            <w:tcMar>
              <w:top w:w="70" w:type="dxa"/>
              <w:left w:w="110" w:type="dxa"/>
              <w:bottom w:w="70" w:type="dxa"/>
              <w:right w:w="110" w:type="dxa"/>
            </w:tcMar>
            <w:vAlign w:val="center"/>
          </w:tcPr>
          <w:p w14:paraId="081A39BC" w14:textId="77777777" w:rsidR="0014559B" w:rsidRPr="008841D5" w:rsidRDefault="00000000">
            <w:pPr>
              <w:spacing w:after="0"/>
              <w:rPr>
                <w:lang w:val="af-ZA"/>
              </w:rPr>
            </w:pPr>
            <w:r w:rsidRPr="008841D5">
              <w:rPr>
                <w:b/>
                <w:lang w:val="af-ZA"/>
              </w:rPr>
              <w:t>Item</w:t>
            </w:r>
          </w:p>
        </w:tc>
        <w:tc>
          <w:tcPr>
            <w:tcW w:w="4896" w:type="dxa"/>
            <w:shd w:val="clear" w:color="auto" w:fill="E8EEF5"/>
            <w:tcMar>
              <w:top w:w="70" w:type="dxa"/>
              <w:left w:w="110" w:type="dxa"/>
              <w:bottom w:w="70" w:type="dxa"/>
              <w:right w:w="110" w:type="dxa"/>
            </w:tcMar>
            <w:vAlign w:val="center"/>
          </w:tcPr>
          <w:p w14:paraId="712596DE" w14:textId="77777777" w:rsidR="0014559B" w:rsidRPr="008841D5" w:rsidRDefault="00000000">
            <w:pPr>
              <w:spacing w:after="0"/>
              <w:rPr>
                <w:lang w:val="af-ZA"/>
              </w:rPr>
            </w:pPr>
            <w:r w:rsidRPr="008841D5">
              <w:rPr>
                <w:b/>
                <w:lang w:val="af-ZA"/>
              </w:rPr>
              <w:t>Skrifverwysing</w:t>
            </w:r>
          </w:p>
        </w:tc>
      </w:tr>
      <w:tr w:rsidR="0014559B" w:rsidRPr="008841D5" w14:paraId="6435FCAD" w14:textId="77777777" w:rsidTr="00826AEC">
        <w:tc>
          <w:tcPr>
            <w:tcW w:w="4896" w:type="dxa"/>
            <w:tcMar>
              <w:top w:w="70" w:type="dxa"/>
              <w:left w:w="110" w:type="dxa"/>
              <w:bottom w:w="70" w:type="dxa"/>
              <w:right w:w="110" w:type="dxa"/>
            </w:tcMar>
            <w:vAlign w:val="center"/>
          </w:tcPr>
          <w:p w14:paraId="589A1F46" w14:textId="77777777" w:rsidR="0014559B" w:rsidRPr="008841D5" w:rsidRDefault="00000000">
            <w:pPr>
              <w:spacing w:after="0"/>
              <w:rPr>
                <w:lang w:val="af-ZA"/>
              </w:rPr>
            </w:pPr>
            <w:r w:rsidRPr="008841D5">
              <w:rPr>
                <w:lang w:val="af-ZA"/>
              </w:rPr>
              <w:t xml:space="preserve">Ananias &amp; </w:t>
            </w:r>
            <w:proofErr w:type="spellStart"/>
            <w:r w:rsidRPr="008841D5">
              <w:rPr>
                <w:lang w:val="af-ZA"/>
              </w:rPr>
              <w:t>Siffira</w:t>
            </w:r>
            <w:proofErr w:type="spellEnd"/>
          </w:p>
        </w:tc>
        <w:tc>
          <w:tcPr>
            <w:tcW w:w="4896" w:type="dxa"/>
            <w:tcMar>
              <w:top w:w="70" w:type="dxa"/>
              <w:left w:w="110" w:type="dxa"/>
              <w:bottom w:w="70" w:type="dxa"/>
              <w:right w:w="110" w:type="dxa"/>
            </w:tcMar>
            <w:vAlign w:val="center"/>
          </w:tcPr>
          <w:p w14:paraId="2BAE9925" w14:textId="77777777" w:rsidR="0014559B" w:rsidRPr="008841D5" w:rsidRDefault="00000000">
            <w:pPr>
              <w:spacing w:after="0"/>
              <w:rPr>
                <w:lang w:val="af-ZA"/>
              </w:rPr>
            </w:pPr>
            <w:r w:rsidRPr="008841D5">
              <w:rPr>
                <w:lang w:val="af-ZA"/>
              </w:rPr>
              <w:t>Hand 5:1-12</w:t>
            </w:r>
          </w:p>
        </w:tc>
      </w:tr>
      <w:tr w:rsidR="00826AEC" w:rsidRPr="008841D5" w14:paraId="2BC9EE4D" w14:textId="77777777" w:rsidTr="004E27C7">
        <w:tc>
          <w:tcPr>
            <w:tcW w:w="9792" w:type="dxa"/>
            <w:gridSpan w:val="2"/>
            <w:tcMar>
              <w:top w:w="70" w:type="dxa"/>
              <w:left w:w="110" w:type="dxa"/>
              <w:bottom w:w="70" w:type="dxa"/>
              <w:right w:w="110" w:type="dxa"/>
            </w:tcMar>
            <w:vAlign w:val="center"/>
          </w:tcPr>
          <w:p w14:paraId="0EF922AC" w14:textId="11B1F7CA" w:rsidR="00826AEC" w:rsidRPr="008841D5" w:rsidRDefault="00826AEC" w:rsidP="00826AEC">
            <w:pPr>
              <w:spacing w:after="0"/>
              <w:ind w:left="454"/>
              <w:rPr>
                <w:lang w:val="af-ZA"/>
              </w:rPr>
            </w:pPr>
            <w:r w:rsidRPr="008841D5">
              <w:rPr>
                <w:lang w:val="af-ZA"/>
              </w:rPr>
              <w:t xml:space="preserve">Maar ’n sekere man met die naam van </w:t>
            </w:r>
            <w:proofErr w:type="spellStart"/>
            <w:r w:rsidRPr="008841D5">
              <w:rPr>
                <w:lang w:val="af-ZA"/>
              </w:rPr>
              <w:t>Ananías</w:t>
            </w:r>
            <w:proofErr w:type="spellEnd"/>
            <w:r w:rsidRPr="008841D5">
              <w:rPr>
                <w:lang w:val="af-ZA"/>
              </w:rPr>
              <w:t xml:space="preserve"> het saam met sy vrou </w:t>
            </w:r>
            <w:proofErr w:type="spellStart"/>
            <w:r w:rsidRPr="008841D5">
              <w:rPr>
                <w:lang w:val="af-ZA"/>
              </w:rPr>
              <w:t>Saffíra</w:t>
            </w:r>
            <w:proofErr w:type="spellEnd"/>
            <w:r w:rsidRPr="008841D5">
              <w:rPr>
                <w:lang w:val="af-ZA"/>
              </w:rPr>
              <w:t xml:space="preserve"> ’n eiendom verkoop, en ook met die medewete van sy vrou van die prys agtergehou en ’n sekere deel gebring en aan die voete van die apostels neergelê. Toe sê Petrus: </w:t>
            </w:r>
            <w:proofErr w:type="spellStart"/>
            <w:r w:rsidRPr="008841D5">
              <w:rPr>
                <w:lang w:val="af-ZA"/>
              </w:rPr>
              <w:t>Ananías</w:t>
            </w:r>
            <w:proofErr w:type="spellEnd"/>
            <w:r w:rsidRPr="008841D5">
              <w:rPr>
                <w:lang w:val="af-ZA"/>
              </w:rPr>
              <w:t xml:space="preserve">, waarom het die Satan jou hart vervul om vir die Heilige Gees te lieg en van die prys van die grond agter te hou? As dit nie verkoop was nie, het dit nie joue gebly nie? En toe dit verkoop is, was dit nie in jou mag nie? </w:t>
            </w:r>
            <w:r w:rsidRPr="008841D5">
              <w:rPr>
                <w:b/>
                <w:bCs/>
                <w:lang w:val="af-ZA"/>
              </w:rPr>
              <w:t>Waarom is dit dat jy hierdie saak in jou hart voorgeneem het?</w:t>
            </w:r>
            <w:r w:rsidRPr="008841D5">
              <w:rPr>
                <w:lang w:val="af-ZA"/>
              </w:rPr>
              <w:t xml:space="preserve"> Jy het nie vir mense gelieg nie, maar vir God. En toe </w:t>
            </w:r>
            <w:proofErr w:type="spellStart"/>
            <w:r w:rsidRPr="008841D5">
              <w:rPr>
                <w:lang w:val="af-ZA"/>
              </w:rPr>
              <w:t>Ananías</w:t>
            </w:r>
            <w:proofErr w:type="spellEnd"/>
            <w:r w:rsidRPr="008841D5">
              <w:rPr>
                <w:lang w:val="af-ZA"/>
              </w:rPr>
              <w:t xml:space="preserve"> hierdie woorde hoor, het hy neergeval en gesterwe; en ’n groot vrees het gekom oor almal wat dit gehoor het.</w:t>
            </w:r>
          </w:p>
          <w:p w14:paraId="324DCC9A" w14:textId="77777777" w:rsidR="00826AEC" w:rsidRPr="008841D5" w:rsidRDefault="00826AEC" w:rsidP="00826AEC">
            <w:pPr>
              <w:spacing w:after="0"/>
              <w:rPr>
                <w:lang w:val="af-ZA"/>
              </w:rPr>
            </w:pPr>
          </w:p>
          <w:p w14:paraId="79437419" w14:textId="12544CD2" w:rsidR="00826AEC" w:rsidRPr="008841D5" w:rsidRDefault="00826AEC" w:rsidP="00826AEC">
            <w:pPr>
              <w:spacing w:after="0"/>
              <w:ind w:left="454"/>
              <w:rPr>
                <w:strike/>
                <w:lang w:val="af-ZA"/>
              </w:rPr>
            </w:pPr>
            <w:r w:rsidRPr="008841D5">
              <w:rPr>
                <w:strike/>
                <w:lang w:val="af-ZA"/>
              </w:rPr>
              <w:t>Daarna het die jongmanne opgestaan en hom toegedraai en uitgedra en begrawe. En ná verloop van omtrent drie uur kom sy vrou in sonder om te weet wat voorgeval het. En Petrus het haar aangespreek: Sê vir my of julle die grond vir soveel verkoop het? En sy sê: Ja, vir soveel. En Petrus sê vir haar: Waarom het julle ooreengekom om die Gees van die Here te versoek? Kyk, die voete van die wat jou man begrawe het, is by die deur, en hulle sal jou uitdra. Toe val sy onmiddellik aan sy voete neer en het gesterwe. En die jongmanne het ingekom en haar dood gevind en haar uitgedra en by haar man begrawe. En ’n groot vrees het oor die hele gemeente gekom en oor almal wat dit gehoor het.</w:t>
            </w:r>
          </w:p>
        </w:tc>
      </w:tr>
    </w:tbl>
    <w:p w14:paraId="062B69B2" w14:textId="77777777" w:rsidR="0014559B" w:rsidRPr="008841D5" w:rsidRDefault="0014559B">
      <w:pPr>
        <w:spacing w:after="0"/>
        <w:rPr>
          <w:lang w:val="af-ZA"/>
        </w:rPr>
      </w:pPr>
    </w:p>
    <w:tbl>
      <w:tblPr>
        <w:tblStyle w:val="TableGrid"/>
        <w:tblW w:w="9792" w:type="dxa"/>
        <w:tblLayout w:type="fixed"/>
        <w:tblLook w:val="04A0" w:firstRow="1" w:lastRow="0" w:firstColumn="1" w:lastColumn="0" w:noHBand="0" w:noVBand="1"/>
      </w:tblPr>
      <w:tblGrid>
        <w:gridCol w:w="4896"/>
        <w:gridCol w:w="4896"/>
      </w:tblGrid>
      <w:tr w:rsidR="0014559B" w:rsidRPr="008841D5" w14:paraId="2933874A" w14:textId="77777777" w:rsidTr="008B0CE3">
        <w:tc>
          <w:tcPr>
            <w:tcW w:w="4896" w:type="dxa"/>
            <w:shd w:val="clear" w:color="auto" w:fill="E8EEF5"/>
            <w:tcMar>
              <w:top w:w="70" w:type="dxa"/>
              <w:left w:w="110" w:type="dxa"/>
              <w:bottom w:w="70" w:type="dxa"/>
              <w:right w:w="110" w:type="dxa"/>
            </w:tcMar>
            <w:vAlign w:val="center"/>
          </w:tcPr>
          <w:p w14:paraId="4A8273E8" w14:textId="77777777" w:rsidR="0014559B" w:rsidRPr="008841D5" w:rsidRDefault="00000000">
            <w:pPr>
              <w:spacing w:after="0"/>
              <w:rPr>
                <w:lang w:val="af-ZA"/>
              </w:rPr>
            </w:pPr>
            <w:r w:rsidRPr="008841D5">
              <w:rPr>
                <w:b/>
                <w:lang w:val="af-ZA"/>
              </w:rPr>
              <w:t>Item</w:t>
            </w:r>
          </w:p>
        </w:tc>
        <w:tc>
          <w:tcPr>
            <w:tcW w:w="4896" w:type="dxa"/>
            <w:shd w:val="clear" w:color="auto" w:fill="E8EEF5"/>
            <w:tcMar>
              <w:top w:w="70" w:type="dxa"/>
              <w:left w:w="110" w:type="dxa"/>
              <w:bottom w:w="70" w:type="dxa"/>
              <w:right w:w="110" w:type="dxa"/>
            </w:tcMar>
            <w:vAlign w:val="center"/>
          </w:tcPr>
          <w:p w14:paraId="09A56580" w14:textId="77777777" w:rsidR="0014559B" w:rsidRPr="008841D5" w:rsidRDefault="00000000">
            <w:pPr>
              <w:spacing w:after="0"/>
              <w:rPr>
                <w:lang w:val="af-ZA"/>
              </w:rPr>
            </w:pPr>
            <w:r w:rsidRPr="008841D5">
              <w:rPr>
                <w:b/>
                <w:lang w:val="af-ZA"/>
              </w:rPr>
              <w:t>Skrifverwysing</w:t>
            </w:r>
          </w:p>
        </w:tc>
      </w:tr>
      <w:tr w:rsidR="0014559B" w:rsidRPr="008841D5" w14:paraId="488F8ADA" w14:textId="77777777" w:rsidTr="008B0CE3">
        <w:tc>
          <w:tcPr>
            <w:tcW w:w="4896" w:type="dxa"/>
            <w:tcMar>
              <w:top w:w="70" w:type="dxa"/>
              <w:left w:w="110" w:type="dxa"/>
              <w:bottom w:w="70" w:type="dxa"/>
              <w:right w:w="110" w:type="dxa"/>
            </w:tcMar>
            <w:vAlign w:val="center"/>
          </w:tcPr>
          <w:p w14:paraId="38D9E6AB" w14:textId="77777777" w:rsidR="0014559B" w:rsidRPr="008841D5" w:rsidRDefault="00000000">
            <w:pPr>
              <w:spacing w:after="0"/>
              <w:rPr>
                <w:lang w:val="af-ZA"/>
              </w:rPr>
            </w:pPr>
            <w:proofErr w:type="spellStart"/>
            <w:r w:rsidRPr="008841D5">
              <w:rPr>
                <w:lang w:val="af-ZA"/>
              </w:rPr>
              <w:t>Natánael</w:t>
            </w:r>
            <w:proofErr w:type="spellEnd"/>
          </w:p>
        </w:tc>
        <w:tc>
          <w:tcPr>
            <w:tcW w:w="4896" w:type="dxa"/>
            <w:tcMar>
              <w:top w:w="70" w:type="dxa"/>
              <w:left w:w="110" w:type="dxa"/>
              <w:bottom w:w="70" w:type="dxa"/>
              <w:right w:w="110" w:type="dxa"/>
            </w:tcMar>
            <w:vAlign w:val="center"/>
          </w:tcPr>
          <w:p w14:paraId="1A72FE39" w14:textId="77777777" w:rsidR="0014559B" w:rsidRPr="008841D5" w:rsidRDefault="00000000">
            <w:pPr>
              <w:spacing w:after="0"/>
              <w:rPr>
                <w:lang w:val="af-ZA"/>
              </w:rPr>
            </w:pPr>
            <w:proofErr w:type="spellStart"/>
            <w:r w:rsidRPr="008841D5">
              <w:rPr>
                <w:lang w:val="af-ZA"/>
              </w:rPr>
              <w:t>Joh</w:t>
            </w:r>
            <w:proofErr w:type="spellEnd"/>
            <w:r w:rsidRPr="008841D5">
              <w:rPr>
                <w:lang w:val="af-ZA"/>
              </w:rPr>
              <w:t xml:space="preserve"> 1:48</w:t>
            </w:r>
          </w:p>
        </w:tc>
      </w:tr>
      <w:tr w:rsidR="008B0CE3" w:rsidRPr="008841D5" w14:paraId="7DBB1F95" w14:textId="77777777" w:rsidTr="00344D7D">
        <w:tc>
          <w:tcPr>
            <w:tcW w:w="9792" w:type="dxa"/>
            <w:gridSpan w:val="2"/>
            <w:tcMar>
              <w:top w:w="70" w:type="dxa"/>
              <w:left w:w="110" w:type="dxa"/>
              <w:bottom w:w="70" w:type="dxa"/>
              <w:right w:w="110" w:type="dxa"/>
            </w:tcMar>
            <w:vAlign w:val="center"/>
          </w:tcPr>
          <w:p w14:paraId="2D7F0A4E" w14:textId="63304935" w:rsidR="008B0CE3" w:rsidRPr="008841D5" w:rsidRDefault="00712B23" w:rsidP="00826AEC">
            <w:pPr>
              <w:spacing w:after="0"/>
              <w:ind w:left="454"/>
              <w:rPr>
                <w:lang w:val="af-ZA"/>
              </w:rPr>
            </w:pPr>
            <w:r w:rsidRPr="008841D5">
              <w:rPr>
                <w:i/>
                <w:lang w:val="af-ZA"/>
              </w:rPr>
              <w:t xml:space="preserve">Daarop sien Jesus </w:t>
            </w:r>
            <w:proofErr w:type="spellStart"/>
            <w:r w:rsidRPr="008841D5">
              <w:rPr>
                <w:i/>
                <w:lang w:val="af-ZA"/>
              </w:rPr>
              <w:t>Natánael</w:t>
            </w:r>
            <w:proofErr w:type="spellEnd"/>
            <w:r w:rsidRPr="008841D5">
              <w:rPr>
                <w:i/>
                <w:lang w:val="af-ZA"/>
              </w:rPr>
              <w:t xml:space="preserve"> na Hom toe kom en sê van hom: </w:t>
            </w:r>
            <w:r w:rsidRPr="008841D5">
              <w:rPr>
                <w:b/>
                <w:bCs/>
                <w:i/>
                <w:lang w:val="af-ZA"/>
              </w:rPr>
              <w:t>Hier is waarlik ’n Israeliet in wie daar geen bedrog is nie.</w:t>
            </w:r>
          </w:p>
        </w:tc>
      </w:tr>
    </w:tbl>
    <w:p w14:paraId="23A5D90C" w14:textId="7C36F3B4" w:rsidR="0014559B" w:rsidRPr="008841D5" w:rsidRDefault="0014559B">
      <w:pPr>
        <w:spacing w:after="140"/>
        <w:ind w:left="461" w:right="216"/>
        <w:rPr>
          <w:lang w:val="af-ZA"/>
        </w:rPr>
      </w:pPr>
    </w:p>
    <w:tbl>
      <w:tblPr>
        <w:tblStyle w:val="TableGrid"/>
        <w:tblW w:w="9792" w:type="dxa"/>
        <w:tblLayout w:type="fixed"/>
        <w:tblLook w:val="04A0" w:firstRow="1" w:lastRow="0" w:firstColumn="1" w:lastColumn="0" w:noHBand="0" w:noVBand="1"/>
      </w:tblPr>
      <w:tblGrid>
        <w:gridCol w:w="4896"/>
        <w:gridCol w:w="4896"/>
      </w:tblGrid>
      <w:tr w:rsidR="0014559B" w:rsidRPr="008841D5" w14:paraId="61CB1B30" w14:textId="77777777" w:rsidTr="008B0CE3">
        <w:tc>
          <w:tcPr>
            <w:tcW w:w="4896" w:type="dxa"/>
            <w:shd w:val="clear" w:color="auto" w:fill="E8EEF5"/>
            <w:tcMar>
              <w:top w:w="70" w:type="dxa"/>
              <w:left w:w="110" w:type="dxa"/>
              <w:bottom w:w="70" w:type="dxa"/>
              <w:right w:w="110" w:type="dxa"/>
            </w:tcMar>
            <w:vAlign w:val="center"/>
          </w:tcPr>
          <w:p w14:paraId="2C846A91" w14:textId="77777777" w:rsidR="0014559B" w:rsidRPr="008841D5" w:rsidRDefault="00000000">
            <w:pPr>
              <w:spacing w:after="0"/>
              <w:rPr>
                <w:lang w:val="af-ZA"/>
              </w:rPr>
            </w:pPr>
            <w:r w:rsidRPr="008841D5">
              <w:rPr>
                <w:b/>
                <w:lang w:val="af-ZA"/>
              </w:rPr>
              <w:t>Item</w:t>
            </w:r>
          </w:p>
        </w:tc>
        <w:tc>
          <w:tcPr>
            <w:tcW w:w="4896" w:type="dxa"/>
            <w:shd w:val="clear" w:color="auto" w:fill="E8EEF5"/>
            <w:tcMar>
              <w:top w:w="70" w:type="dxa"/>
              <w:left w:w="110" w:type="dxa"/>
              <w:bottom w:w="70" w:type="dxa"/>
              <w:right w:w="110" w:type="dxa"/>
            </w:tcMar>
            <w:vAlign w:val="center"/>
          </w:tcPr>
          <w:p w14:paraId="6EF901E8" w14:textId="77777777" w:rsidR="0014559B" w:rsidRPr="008841D5" w:rsidRDefault="00000000">
            <w:pPr>
              <w:spacing w:after="0"/>
              <w:rPr>
                <w:lang w:val="af-ZA"/>
              </w:rPr>
            </w:pPr>
            <w:r w:rsidRPr="008841D5">
              <w:rPr>
                <w:b/>
                <w:lang w:val="af-ZA"/>
              </w:rPr>
              <w:t>Skrifverwysing</w:t>
            </w:r>
          </w:p>
        </w:tc>
      </w:tr>
      <w:tr w:rsidR="0014559B" w:rsidRPr="008841D5" w14:paraId="33BDDBE2" w14:textId="77777777" w:rsidTr="008B0CE3">
        <w:tc>
          <w:tcPr>
            <w:tcW w:w="4896" w:type="dxa"/>
            <w:tcMar>
              <w:top w:w="70" w:type="dxa"/>
              <w:left w:w="110" w:type="dxa"/>
              <w:bottom w:w="70" w:type="dxa"/>
              <w:right w:w="110" w:type="dxa"/>
            </w:tcMar>
            <w:vAlign w:val="center"/>
          </w:tcPr>
          <w:p w14:paraId="47DEEEA8" w14:textId="674E9E3F" w:rsidR="0014559B" w:rsidRPr="008841D5" w:rsidRDefault="00000000">
            <w:pPr>
              <w:spacing w:after="0"/>
              <w:rPr>
                <w:lang w:val="af-ZA"/>
              </w:rPr>
            </w:pPr>
            <w:r w:rsidRPr="008841D5">
              <w:rPr>
                <w:lang w:val="af-ZA"/>
              </w:rPr>
              <w:t>Simon</w:t>
            </w:r>
            <w:r w:rsidR="00D81AD8" w:rsidRPr="008841D5">
              <w:rPr>
                <w:lang w:val="af-ZA"/>
              </w:rPr>
              <w:t xml:space="preserve"> – towenaar – koop HG</w:t>
            </w:r>
          </w:p>
        </w:tc>
        <w:tc>
          <w:tcPr>
            <w:tcW w:w="4896" w:type="dxa"/>
            <w:tcMar>
              <w:top w:w="70" w:type="dxa"/>
              <w:left w:w="110" w:type="dxa"/>
              <w:bottom w:w="70" w:type="dxa"/>
              <w:right w:w="110" w:type="dxa"/>
            </w:tcMar>
            <w:vAlign w:val="center"/>
          </w:tcPr>
          <w:p w14:paraId="4E76844A" w14:textId="77777777" w:rsidR="0014559B" w:rsidRPr="008841D5" w:rsidRDefault="00000000">
            <w:pPr>
              <w:spacing w:after="0"/>
              <w:rPr>
                <w:lang w:val="af-ZA"/>
              </w:rPr>
            </w:pPr>
            <w:r w:rsidRPr="008841D5">
              <w:rPr>
                <w:lang w:val="af-ZA"/>
              </w:rPr>
              <w:t>Hand. 8:21</w:t>
            </w:r>
          </w:p>
        </w:tc>
      </w:tr>
      <w:tr w:rsidR="008B0CE3" w:rsidRPr="008841D5" w14:paraId="334BF9D8" w14:textId="77777777" w:rsidTr="008B0CE3">
        <w:tc>
          <w:tcPr>
            <w:tcW w:w="9792" w:type="dxa"/>
            <w:gridSpan w:val="2"/>
            <w:tcMar>
              <w:top w:w="70" w:type="dxa"/>
              <w:left w:w="110" w:type="dxa"/>
              <w:bottom w:w="70" w:type="dxa"/>
              <w:right w:w="110" w:type="dxa"/>
            </w:tcMar>
            <w:vAlign w:val="center"/>
          </w:tcPr>
          <w:p w14:paraId="59A1E7F1" w14:textId="33C85DCB" w:rsidR="008B0CE3" w:rsidRPr="008841D5" w:rsidRDefault="00442811" w:rsidP="00826AEC">
            <w:pPr>
              <w:spacing w:after="0"/>
              <w:ind w:left="454"/>
              <w:rPr>
                <w:lang w:val="af-ZA"/>
              </w:rPr>
            </w:pPr>
            <w:r w:rsidRPr="008841D5">
              <w:rPr>
                <w:i/>
                <w:lang w:val="af-ZA"/>
              </w:rPr>
              <w:t xml:space="preserve">Jy het geen deel of lot in hierdie saak nie, want </w:t>
            </w:r>
            <w:r w:rsidRPr="008841D5">
              <w:rPr>
                <w:b/>
                <w:bCs/>
                <w:i/>
                <w:lang w:val="af-ZA"/>
              </w:rPr>
              <w:t>jou hart is nie reg voor God nie</w:t>
            </w:r>
            <w:r w:rsidRPr="008841D5">
              <w:rPr>
                <w:i/>
                <w:lang w:val="af-ZA"/>
              </w:rPr>
              <w:t>.</w:t>
            </w:r>
          </w:p>
        </w:tc>
      </w:tr>
    </w:tbl>
    <w:p w14:paraId="165BE808" w14:textId="43D093F1" w:rsidR="0014559B" w:rsidRPr="008841D5" w:rsidRDefault="0014559B">
      <w:pPr>
        <w:spacing w:after="140"/>
        <w:ind w:left="461" w:right="216"/>
        <w:rPr>
          <w:lang w:val="af-ZA"/>
        </w:rPr>
      </w:pPr>
    </w:p>
    <w:tbl>
      <w:tblPr>
        <w:tblStyle w:val="TableGrid"/>
        <w:tblW w:w="9792" w:type="dxa"/>
        <w:tblLayout w:type="fixed"/>
        <w:tblLook w:val="04A0" w:firstRow="1" w:lastRow="0" w:firstColumn="1" w:lastColumn="0" w:noHBand="0" w:noVBand="1"/>
      </w:tblPr>
      <w:tblGrid>
        <w:gridCol w:w="4896"/>
        <w:gridCol w:w="4896"/>
      </w:tblGrid>
      <w:tr w:rsidR="0014559B" w:rsidRPr="008841D5" w14:paraId="47BBB950" w14:textId="77777777" w:rsidTr="008B0CE3">
        <w:tc>
          <w:tcPr>
            <w:tcW w:w="4896" w:type="dxa"/>
            <w:shd w:val="clear" w:color="auto" w:fill="E8EEF5"/>
            <w:tcMar>
              <w:top w:w="70" w:type="dxa"/>
              <w:left w:w="110" w:type="dxa"/>
              <w:bottom w:w="70" w:type="dxa"/>
              <w:right w:w="110" w:type="dxa"/>
            </w:tcMar>
            <w:vAlign w:val="center"/>
          </w:tcPr>
          <w:p w14:paraId="5EE14349" w14:textId="77777777" w:rsidR="0014559B" w:rsidRPr="008841D5" w:rsidRDefault="00000000">
            <w:pPr>
              <w:spacing w:after="0"/>
              <w:rPr>
                <w:lang w:val="af-ZA"/>
              </w:rPr>
            </w:pPr>
            <w:r w:rsidRPr="008841D5">
              <w:rPr>
                <w:b/>
                <w:lang w:val="af-ZA"/>
              </w:rPr>
              <w:t>Item</w:t>
            </w:r>
          </w:p>
        </w:tc>
        <w:tc>
          <w:tcPr>
            <w:tcW w:w="4896" w:type="dxa"/>
            <w:shd w:val="clear" w:color="auto" w:fill="E8EEF5"/>
            <w:tcMar>
              <w:top w:w="70" w:type="dxa"/>
              <w:left w:w="110" w:type="dxa"/>
              <w:bottom w:w="70" w:type="dxa"/>
              <w:right w:w="110" w:type="dxa"/>
            </w:tcMar>
            <w:vAlign w:val="center"/>
          </w:tcPr>
          <w:p w14:paraId="02DF3332" w14:textId="77777777" w:rsidR="0014559B" w:rsidRPr="008841D5" w:rsidRDefault="00000000">
            <w:pPr>
              <w:spacing w:after="0"/>
              <w:rPr>
                <w:lang w:val="af-ZA"/>
              </w:rPr>
            </w:pPr>
            <w:r w:rsidRPr="008841D5">
              <w:rPr>
                <w:b/>
                <w:lang w:val="af-ZA"/>
              </w:rPr>
              <w:t>Skrifverwysing</w:t>
            </w:r>
          </w:p>
        </w:tc>
      </w:tr>
      <w:tr w:rsidR="0014559B" w:rsidRPr="008841D5" w14:paraId="656540EC" w14:textId="77777777" w:rsidTr="008B0CE3">
        <w:tc>
          <w:tcPr>
            <w:tcW w:w="4896" w:type="dxa"/>
            <w:tcMar>
              <w:top w:w="70" w:type="dxa"/>
              <w:left w:w="110" w:type="dxa"/>
              <w:bottom w:w="70" w:type="dxa"/>
              <w:right w:w="110" w:type="dxa"/>
            </w:tcMar>
            <w:vAlign w:val="center"/>
          </w:tcPr>
          <w:p w14:paraId="07C11C18" w14:textId="77777777" w:rsidR="0014559B" w:rsidRPr="008841D5" w:rsidRDefault="00000000">
            <w:pPr>
              <w:spacing w:after="0"/>
              <w:rPr>
                <w:lang w:val="af-ZA"/>
              </w:rPr>
            </w:pPr>
            <w:proofErr w:type="spellStart"/>
            <w:r w:rsidRPr="008841D5">
              <w:rPr>
                <w:lang w:val="af-ZA"/>
              </w:rPr>
              <w:t>Listre</w:t>
            </w:r>
            <w:proofErr w:type="spellEnd"/>
          </w:p>
        </w:tc>
        <w:tc>
          <w:tcPr>
            <w:tcW w:w="4896" w:type="dxa"/>
            <w:tcMar>
              <w:top w:w="70" w:type="dxa"/>
              <w:left w:w="110" w:type="dxa"/>
              <w:bottom w:w="70" w:type="dxa"/>
              <w:right w:w="110" w:type="dxa"/>
            </w:tcMar>
            <w:vAlign w:val="center"/>
          </w:tcPr>
          <w:p w14:paraId="165F69A9" w14:textId="77777777" w:rsidR="0014559B" w:rsidRPr="008841D5" w:rsidRDefault="00000000">
            <w:pPr>
              <w:spacing w:after="0"/>
              <w:rPr>
                <w:lang w:val="af-ZA"/>
              </w:rPr>
            </w:pPr>
            <w:r w:rsidRPr="008841D5">
              <w:rPr>
                <w:lang w:val="af-ZA"/>
              </w:rPr>
              <w:t>Hand 14:8-10</w:t>
            </w:r>
          </w:p>
        </w:tc>
      </w:tr>
      <w:tr w:rsidR="008B0CE3" w:rsidRPr="008841D5" w14:paraId="5340992B" w14:textId="77777777" w:rsidTr="008B0CE3">
        <w:tc>
          <w:tcPr>
            <w:tcW w:w="9792" w:type="dxa"/>
            <w:gridSpan w:val="2"/>
            <w:tcMar>
              <w:top w:w="70" w:type="dxa"/>
              <w:left w:w="110" w:type="dxa"/>
              <w:bottom w:w="70" w:type="dxa"/>
              <w:right w:w="110" w:type="dxa"/>
            </w:tcMar>
            <w:vAlign w:val="center"/>
          </w:tcPr>
          <w:p w14:paraId="04BC9F86" w14:textId="66710596" w:rsidR="008B0CE3" w:rsidRPr="008841D5" w:rsidRDefault="00712B23" w:rsidP="00826AEC">
            <w:pPr>
              <w:spacing w:after="0"/>
              <w:ind w:left="454"/>
              <w:rPr>
                <w:lang w:val="af-ZA"/>
              </w:rPr>
            </w:pPr>
            <w:r w:rsidRPr="008841D5">
              <w:rPr>
                <w:i/>
                <w:lang w:val="af-ZA"/>
              </w:rPr>
              <w:t xml:space="preserve">En in </w:t>
            </w:r>
            <w:proofErr w:type="spellStart"/>
            <w:r w:rsidRPr="008841D5">
              <w:rPr>
                <w:i/>
                <w:lang w:val="af-ZA"/>
              </w:rPr>
              <w:t>Listre</w:t>
            </w:r>
            <w:proofErr w:type="spellEnd"/>
            <w:r w:rsidRPr="008841D5">
              <w:rPr>
                <w:i/>
                <w:lang w:val="af-ZA"/>
              </w:rPr>
              <w:t xml:space="preserve"> het daar ’n man gesit wat magteloos was aan sy voete, kreupel van sy geboorte af, en hy het nooit geloop nie. Hy het geluister terwyl Paulus spreek; en Paulus het die oë op hom gehou, en,</w:t>
            </w:r>
            <w:r w:rsidRPr="008841D5">
              <w:rPr>
                <w:b/>
                <w:bCs/>
                <w:i/>
                <w:lang w:val="af-ZA"/>
              </w:rPr>
              <w:t xml:space="preserve"> toe hy sien dat hy geloof het om gesond te word</w:t>
            </w:r>
            <w:r w:rsidRPr="008841D5">
              <w:rPr>
                <w:i/>
                <w:lang w:val="af-ZA"/>
              </w:rPr>
              <w:t>, met ’n groot stem gesê: Staan regop op jou voete! En hy het opgespring en begin rondloop.</w:t>
            </w:r>
          </w:p>
        </w:tc>
      </w:tr>
    </w:tbl>
    <w:p w14:paraId="4552DD3D" w14:textId="643528F4" w:rsidR="0014559B" w:rsidRPr="008841D5" w:rsidRDefault="0014559B" w:rsidP="00442811">
      <w:pPr>
        <w:spacing w:after="140"/>
        <w:ind w:right="216"/>
        <w:rPr>
          <w:lang w:val="af-ZA"/>
        </w:rPr>
      </w:pPr>
    </w:p>
    <w:tbl>
      <w:tblPr>
        <w:tblStyle w:val="TableGrid"/>
        <w:tblW w:w="9792" w:type="dxa"/>
        <w:tblLayout w:type="fixed"/>
        <w:tblLook w:val="04A0" w:firstRow="1" w:lastRow="0" w:firstColumn="1" w:lastColumn="0" w:noHBand="0" w:noVBand="1"/>
      </w:tblPr>
      <w:tblGrid>
        <w:gridCol w:w="4896"/>
        <w:gridCol w:w="4896"/>
      </w:tblGrid>
      <w:tr w:rsidR="0014559B" w:rsidRPr="008841D5" w14:paraId="710EC729" w14:textId="77777777" w:rsidTr="008B0CE3">
        <w:tc>
          <w:tcPr>
            <w:tcW w:w="4896" w:type="dxa"/>
            <w:shd w:val="clear" w:color="auto" w:fill="E8EEF5"/>
            <w:tcMar>
              <w:top w:w="70" w:type="dxa"/>
              <w:left w:w="110" w:type="dxa"/>
              <w:bottom w:w="70" w:type="dxa"/>
              <w:right w:w="110" w:type="dxa"/>
            </w:tcMar>
            <w:vAlign w:val="center"/>
          </w:tcPr>
          <w:p w14:paraId="16FE57F0" w14:textId="77777777" w:rsidR="0014559B" w:rsidRPr="008841D5" w:rsidRDefault="00000000">
            <w:pPr>
              <w:spacing w:after="0"/>
              <w:rPr>
                <w:lang w:val="af-ZA"/>
              </w:rPr>
            </w:pPr>
            <w:r w:rsidRPr="008841D5">
              <w:rPr>
                <w:b/>
                <w:lang w:val="af-ZA"/>
              </w:rPr>
              <w:t>Item</w:t>
            </w:r>
          </w:p>
        </w:tc>
        <w:tc>
          <w:tcPr>
            <w:tcW w:w="4896" w:type="dxa"/>
            <w:shd w:val="clear" w:color="auto" w:fill="E8EEF5"/>
            <w:tcMar>
              <w:top w:w="70" w:type="dxa"/>
              <w:left w:w="110" w:type="dxa"/>
              <w:bottom w:w="70" w:type="dxa"/>
              <w:right w:w="110" w:type="dxa"/>
            </w:tcMar>
            <w:vAlign w:val="center"/>
          </w:tcPr>
          <w:p w14:paraId="36803F72" w14:textId="77777777" w:rsidR="0014559B" w:rsidRPr="008841D5" w:rsidRDefault="00000000">
            <w:pPr>
              <w:spacing w:after="0"/>
              <w:rPr>
                <w:lang w:val="af-ZA"/>
              </w:rPr>
            </w:pPr>
            <w:r w:rsidRPr="008841D5">
              <w:rPr>
                <w:b/>
                <w:lang w:val="af-ZA"/>
              </w:rPr>
              <w:t>Skrifverwysing</w:t>
            </w:r>
          </w:p>
        </w:tc>
      </w:tr>
      <w:tr w:rsidR="0014559B" w:rsidRPr="008841D5" w14:paraId="0F2EC0DD" w14:textId="77777777" w:rsidTr="008B0CE3">
        <w:tc>
          <w:tcPr>
            <w:tcW w:w="4896" w:type="dxa"/>
            <w:tcMar>
              <w:top w:w="70" w:type="dxa"/>
              <w:left w:w="110" w:type="dxa"/>
              <w:bottom w:w="70" w:type="dxa"/>
              <w:right w:w="110" w:type="dxa"/>
            </w:tcMar>
            <w:vAlign w:val="center"/>
          </w:tcPr>
          <w:p w14:paraId="5EFB6C6C" w14:textId="77777777" w:rsidR="0014559B" w:rsidRPr="008841D5" w:rsidRDefault="00000000">
            <w:pPr>
              <w:spacing w:after="0"/>
              <w:rPr>
                <w:lang w:val="af-ZA"/>
              </w:rPr>
            </w:pPr>
            <w:r w:rsidRPr="008841D5">
              <w:rPr>
                <w:lang w:val="af-ZA"/>
              </w:rPr>
              <w:t>Jesus</w:t>
            </w:r>
          </w:p>
        </w:tc>
        <w:tc>
          <w:tcPr>
            <w:tcW w:w="4896" w:type="dxa"/>
            <w:tcMar>
              <w:top w:w="70" w:type="dxa"/>
              <w:left w:w="110" w:type="dxa"/>
              <w:bottom w:w="70" w:type="dxa"/>
              <w:right w:w="110" w:type="dxa"/>
            </w:tcMar>
            <w:vAlign w:val="center"/>
          </w:tcPr>
          <w:p w14:paraId="6E7B6717" w14:textId="77777777" w:rsidR="0014559B" w:rsidRPr="008841D5" w:rsidRDefault="00000000">
            <w:pPr>
              <w:spacing w:after="0"/>
              <w:rPr>
                <w:lang w:val="af-ZA"/>
              </w:rPr>
            </w:pPr>
            <w:r w:rsidRPr="008841D5">
              <w:rPr>
                <w:lang w:val="af-ZA"/>
              </w:rPr>
              <w:t>Mat 22:18</w:t>
            </w:r>
          </w:p>
        </w:tc>
      </w:tr>
      <w:tr w:rsidR="008B0CE3" w:rsidRPr="008841D5" w14:paraId="0285B0D7" w14:textId="77777777" w:rsidTr="008B0CE3">
        <w:tc>
          <w:tcPr>
            <w:tcW w:w="9792" w:type="dxa"/>
            <w:gridSpan w:val="2"/>
            <w:tcMar>
              <w:top w:w="70" w:type="dxa"/>
              <w:left w:w="110" w:type="dxa"/>
              <w:bottom w:w="70" w:type="dxa"/>
              <w:right w:w="110" w:type="dxa"/>
            </w:tcMar>
            <w:vAlign w:val="center"/>
          </w:tcPr>
          <w:p w14:paraId="7040D704" w14:textId="5104C4D1" w:rsidR="008B0CE3" w:rsidRPr="008841D5" w:rsidRDefault="00712B23" w:rsidP="00826AEC">
            <w:pPr>
              <w:spacing w:after="140"/>
              <w:ind w:left="454" w:right="216"/>
              <w:rPr>
                <w:lang w:val="af-ZA"/>
              </w:rPr>
            </w:pPr>
            <w:r w:rsidRPr="008841D5">
              <w:rPr>
                <w:i/>
                <w:lang w:val="af-ZA"/>
              </w:rPr>
              <w:t xml:space="preserve">Maar </w:t>
            </w:r>
            <w:r w:rsidRPr="008841D5">
              <w:rPr>
                <w:b/>
                <w:bCs/>
                <w:i/>
                <w:lang w:val="af-ZA"/>
              </w:rPr>
              <w:t>Jesus het hulle boosheid bemerk</w:t>
            </w:r>
            <w:r w:rsidRPr="008841D5">
              <w:rPr>
                <w:i/>
                <w:lang w:val="af-ZA"/>
              </w:rPr>
              <w:t xml:space="preserve"> en gesê: Geveinsdes, waarom versoek julle My?</w:t>
            </w:r>
          </w:p>
        </w:tc>
      </w:tr>
    </w:tbl>
    <w:p w14:paraId="20E049BC" w14:textId="38B99C90" w:rsidR="0014559B" w:rsidRPr="008841D5" w:rsidRDefault="00000000">
      <w:pPr>
        <w:pStyle w:val="Heading3"/>
        <w:rPr>
          <w:u w:val="single"/>
          <w:lang w:val="af-ZA"/>
        </w:rPr>
      </w:pPr>
      <w:r w:rsidRPr="008841D5">
        <w:rPr>
          <w:u w:val="single"/>
          <w:lang w:val="af-ZA"/>
        </w:rPr>
        <w:lastRenderedPageBreak/>
        <w:t>Bose Geeste</w:t>
      </w:r>
    </w:p>
    <w:tbl>
      <w:tblPr>
        <w:tblStyle w:val="TableGrid"/>
        <w:tblW w:w="9792" w:type="dxa"/>
        <w:tblLayout w:type="fixed"/>
        <w:tblLook w:val="04A0" w:firstRow="1" w:lastRow="0" w:firstColumn="1" w:lastColumn="0" w:noHBand="0" w:noVBand="1"/>
      </w:tblPr>
      <w:tblGrid>
        <w:gridCol w:w="4896"/>
        <w:gridCol w:w="4896"/>
      </w:tblGrid>
      <w:tr w:rsidR="0014559B" w:rsidRPr="008841D5" w14:paraId="14F0C9F2" w14:textId="77777777" w:rsidTr="008B0CE3">
        <w:tc>
          <w:tcPr>
            <w:tcW w:w="4896" w:type="dxa"/>
            <w:shd w:val="clear" w:color="auto" w:fill="E8EEF5"/>
            <w:tcMar>
              <w:top w:w="70" w:type="dxa"/>
              <w:left w:w="110" w:type="dxa"/>
              <w:bottom w:w="70" w:type="dxa"/>
              <w:right w:w="110" w:type="dxa"/>
            </w:tcMar>
            <w:vAlign w:val="center"/>
          </w:tcPr>
          <w:p w14:paraId="57798331" w14:textId="77777777" w:rsidR="0014559B" w:rsidRPr="008841D5" w:rsidRDefault="00000000">
            <w:pPr>
              <w:spacing w:after="0"/>
              <w:rPr>
                <w:lang w:val="af-ZA"/>
              </w:rPr>
            </w:pPr>
            <w:r w:rsidRPr="008841D5">
              <w:rPr>
                <w:b/>
                <w:lang w:val="af-ZA"/>
              </w:rPr>
              <w:t>Item</w:t>
            </w:r>
          </w:p>
        </w:tc>
        <w:tc>
          <w:tcPr>
            <w:tcW w:w="4896" w:type="dxa"/>
            <w:shd w:val="clear" w:color="auto" w:fill="E8EEF5"/>
            <w:tcMar>
              <w:top w:w="70" w:type="dxa"/>
              <w:left w:w="110" w:type="dxa"/>
              <w:bottom w:w="70" w:type="dxa"/>
              <w:right w:w="110" w:type="dxa"/>
            </w:tcMar>
            <w:vAlign w:val="center"/>
          </w:tcPr>
          <w:p w14:paraId="6BAADD18" w14:textId="77777777" w:rsidR="0014559B" w:rsidRPr="008841D5" w:rsidRDefault="00000000">
            <w:pPr>
              <w:spacing w:after="0"/>
              <w:rPr>
                <w:lang w:val="af-ZA"/>
              </w:rPr>
            </w:pPr>
            <w:r w:rsidRPr="008841D5">
              <w:rPr>
                <w:b/>
                <w:lang w:val="af-ZA"/>
              </w:rPr>
              <w:t>Skrifverwysing</w:t>
            </w:r>
          </w:p>
        </w:tc>
      </w:tr>
      <w:tr w:rsidR="0014559B" w:rsidRPr="008841D5" w14:paraId="03C82E38" w14:textId="77777777" w:rsidTr="008B0CE3">
        <w:tc>
          <w:tcPr>
            <w:tcW w:w="4896" w:type="dxa"/>
            <w:tcMar>
              <w:top w:w="70" w:type="dxa"/>
              <w:left w:w="110" w:type="dxa"/>
              <w:bottom w:w="70" w:type="dxa"/>
              <w:right w:w="110" w:type="dxa"/>
            </w:tcMar>
            <w:vAlign w:val="center"/>
          </w:tcPr>
          <w:p w14:paraId="748015DD" w14:textId="77777777" w:rsidR="0014559B" w:rsidRPr="008841D5" w:rsidRDefault="00000000">
            <w:pPr>
              <w:spacing w:after="0"/>
              <w:rPr>
                <w:lang w:val="af-ZA"/>
              </w:rPr>
            </w:pPr>
            <w:r w:rsidRPr="008841D5">
              <w:rPr>
                <w:lang w:val="af-ZA"/>
              </w:rPr>
              <w:t xml:space="preserve">Slavin met </w:t>
            </w:r>
            <w:proofErr w:type="spellStart"/>
            <w:r w:rsidRPr="008841D5">
              <w:rPr>
                <w:lang w:val="af-ZA"/>
              </w:rPr>
              <w:t>waarsêende</w:t>
            </w:r>
            <w:proofErr w:type="spellEnd"/>
            <w:r w:rsidRPr="008841D5">
              <w:rPr>
                <w:lang w:val="af-ZA"/>
              </w:rPr>
              <w:t xml:space="preserve"> gees</w:t>
            </w:r>
          </w:p>
        </w:tc>
        <w:tc>
          <w:tcPr>
            <w:tcW w:w="4896" w:type="dxa"/>
            <w:tcMar>
              <w:top w:w="70" w:type="dxa"/>
              <w:left w:w="110" w:type="dxa"/>
              <w:bottom w:w="70" w:type="dxa"/>
              <w:right w:w="110" w:type="dxa"/>
            </w:tcMar>
            <w:vAlign w:val="center"/>
          </w:tcPr>
          <w:p w14:paraId="70D3AE07" w14:textId="77777777" w:rsidR="0014559B" w:rsidRPr="008841D5" w:rsidRDefault="00000000">
            <w:pPr>
              <w:spacing w:after="0"/>
              <w:rPr>
                <w:lang w:val="af-ZA"/>
              </w:rPr>
            </w:pPr>
            <w:r w:rsidRPr="008841D5">
              <w:rPr>
                <w:lang w:val="af-ZA"/>
              </w:rPr>
              <w:t>Hand 16:16-28</w:t>
            </w:r>
          </w:p>
        </w:tc>
      </w:tr>
      <w:tr w:rsidR="008B0CE3" w:rsidRPr="008841D5" w14:paraId="2080545C" w14:textId="77777777" w:rsidTr="008B0CE3">
        <w:tc>
          <w:tcPr>
            <w:tcW w:w="9792" w:type="dxa"/>
            <w:gridSpan w:val="2"/>
            <w:tcMar>
              <w:top w:w="70" w:type="dxa"/>
              <w:left w:w="110" w:type="dxa"/>
              <w:bottom w:w="70" w:type="dxa"/>
              <w:right w:w="110" w:type="dxa"/>
            </w:tcMar>
            <w:vAlign w:val="center"/>
          </w:tcPr>
          <w:p w14:paraId="5DDDC94C" w14:textId="0CFAFA33" w:rsidR="008B0CE3" w:rsidRPr="008841D5" w:rsidRDefault="00712B23" w:rsidP="00826AEC">
            <w:pPr>
              <w:spacing w:after="0"/>
              <w:ind w:left="454"/>
              <w:rPr>
                <w:lang w:val="af-ZA"/>
              </w:rPr>
            </w:pPr>
            <w:r w:rsidRPr="008841D5">
              <w:rPr>
                <w:i/>
                <w:lang w:val="af-ZA"/>
              </w:rPr>
              <w:t xml:space="preserve">En terwyl ons op pad was na die </w:t>
            </w:r>
            <w:proofErr w:type="spellStart"/>
            <w:r w:rsidRPr="008841D5">
              <w:rPr>
                <w:i/>
                <w:lang w:val="af-ZA"/>
              </w:rPr>
              <w:t>bidplek</w:t>
            </w:r>
            <w:proofErr w:type="spellEnd"/>
            <w:r w:rsidRPr="008841D5">
              <w:rPr>
                <w:i/>
                <w:lang w:val="af-ZA"/>
              </w:rPr>
              <w:t xml:space="preserve">, kom ’n slavin met ’n </w:t>
            </w:r>
            <w:proofErr w:type="spellStart"/>
            <w:r w:rsidRPr="008841D5">
              <w:rPr>
                <w:b/>
                <w:bCs/>
                <w:i/>
                <w:lang w:val="af-ZA"/>
              </w:rPr>
              <w:t>waarsêende</w:t>
            </w:r>
            <w:proofErr w:type="spellEnd"/>
            <w:r w:rsidRPr="008841D5">
              <w:rPr>
                <w:b/>
                <w:bCs/>
                <w:i/>
                <w:lang w:val="af-ZA"/>
              </w:rPr>
              <w:t xml:space="preserve"> gees</w:t>
            </w:r>
            <w:r w:rsidRPr="008841D5">
              <w:rPr>
                <w:i/>
                <w:lang w:val="af-ZA"/>
              </w:rPr>
              <w:t xml:space="preserve"> ons teë, wat vir haar eienaars deur waarsêery groot wins ingebring het. Sy het Paulus en ons gevolg en geskreeu en gesê: Hierdie manne is dienaars van God, die Allerhoogste, en hulle verkondig aan julle die weg van verlossing. En dit het sy </w:t>
            </w:r>
            <w:r w:rsidRPr="008841D5">
              <w:rPr>
                <w:b/>
                <w:bCs/>
                <w:i/>
                <w:lang w:val="af-ZA"/>
              </w:rPr>
              <w:t>baie dae lank gedoen</w:t>
            </w:r>
            <w:r w:rsidRPr="008841D5">
              <w:rPr>
                <w:i/>
                <w:lang w:val="af-ZA"/>
              </w:rPr>
              <w:t xml:space="preserve">; maar baie ontevrede daaroor, het Paulus hom omgedraai en vir die gees gesê: Ek </w:t>
            </w:r>
            <w:r w:rsidRPr="008841D5">
              <w:rPr>
                <w:b/>
                <w:bCs/>
                <w:i/>
                <w:lang w:val="af-ZA"/>
              </w:rPr>
              <w:t>beveel jou</w:t>
            </w:r>
            <w:r w:rsidRPr="008841D5">
              <w:rPr>
                <w:i/>
                <w:lang w:val="af-ZA"/>
              </w:rPr>
              <w:t xml:space="preserve"> in die Naam van Jesus Christus om uit haar uit te gaan. En hy het op dieselfde oomblik uitgegaan.</w:t>
            </w:r>
          </w:p>
        </w:tc>
      </w:tr>
    </w:tbl>
    <w:p w14:paraId="277E81AB" w14:textId="0CE3748D" w:rsidR="0014559B" w:rsidRPr="008841D5" w:rsidRDefault="0014559B" w:rsidP="00442811">
      <w:pPr>
        <w:spacing w:after="140"/>
        <w:ind w:right="216"/>
        <w:rPr>
          <w:lang w:val="af-ZA"/>
        </w:rPr>
      </w:pPr>
    </w:p>
    <w:tbl>
      <w:tblPr>
        <w:tblStyle w:val="TableGrid"/>
        <w:tblW w:w="9792" w:type="dxa"/>
        <w:tblLayout w:type="fixed"/>
        <w:tblLook w:val="04A0" w:firstRow="1" w:lastRow="0" w:firstColumn="1" w:lastColumn="0" w:noHBand="0" w:noVBand="1"/>
      </w:tblPr>
      <w:tblGrid>
        <w:gridCol w:w="4896"/>
        <w:gridCol w:w="4896"/>
      </w:tblGrid>
      <w:tr w:rsidR="0014559B" w:rsidRPr="008841D5" w14:paraId="54C53ED5" w14:textId="77777777" w:rsidTr="008B0CE3">
        <w:tc>
          <w:tcPr>
            <w:tcW w:w="4896" w:type="dxa"/>
            <w:shd w:val="clear" w:color="auto" w:fill="E8EEF5"/>
            <w:tcMar>
              <w:top w:w="70" w:type="dxa"/>
              <w:left w:w="110" w:type="dxa"/>
              <w:bottom w:w="70" w:type="dxa"/>
              <w:right w:w="110" w:type="dxa"/>
            </w:tcMar>
            <w:vAlign w:val="center"/>
          </w:tcPr>
          <w:p w14:paraId="3B4153AA" w14:textId="77777777" w:rsidR="0014559B" w:rsidRPr="008841D5" w:rsidRDefault="00000000">
            <w:pPr>
              <w:spacing w:after="0"/>
              <w:rPr>
                <w:lang w:val="af-ZA"/>
              </w:rPr>
            </w:pPr>
            <w:r w:rsidRPr="008841D5">
              <w:rPr>
                <w:b/>
                <w:lang w:val="af-ZA"/>
              </w:rPr>
              <w:t>Item</w:t>
            </w:r>
          </w:p>
        </w:tc>
        <w:tc>
          <w:tcPr>
            <w:tcW w:w="4896" w:type="dxa"/>
            <w:shd w:val="clear" w:color="auto" w:fill="E8EEF5"/>
            <w:tcMar>
              <w:top w:w="70" w:type="dxa"/>
              <w:left w:w="110" w:type="dxa"/>
              <w:bottom w:w="70" w:type="dxa"/>
              <w:right w:w="110" w:type="dxa"/>
            </w:tcMar>
            <w:vAlign w:val="center"/>
          </w:tcPr>
          <w:p w14:paraId="543372BA" w14:textId="77777777" w:rsidR="0014559B" w:rsidRPr="008841D5" w:rsidRDefault="00000000">
            <w:pPr>
              <w:spacing w:after="0"/>
              <w:rPr>
                <w:lang w:val="af-ZA"/>
              </w:rPr>
            </w:pPr>
            <w:r w:rsidRPr="008841D5">
              <w:rPr>
                <w:b/>
                <w:lang w:val="af-ZA"/>
              </w:rPr>
              <w:t>Skrifverwysing</w:t>
            </w:r>
          </w:p>
        </w:tc>
      </w:tr>
      <w:tr w:rsidR="0014559B" w:rsidRPr="008841D5" w14:paraId="54569EDD" w14:textId="77777777" w:rsidTr="008B0CE3">
        <w:tc>
          <w:tcPr>
            <w:tcW w:w="4896" w:type="dxa"/>
            <w:tcMar>
              <w:top w:w="70" w:type="dxa"/>
              <w:left w:w="110" w:type="dxa"/>
              <w:bottom w:w="70" w:type="dxa"/>
              <w:right w:w="110" w:type="dxa"/>
            </w:tcMar>
            <w:vAlign w:val="center"/>
          </w:tcPr>
          <w:p w14:paraId="2E08557C" w14:textId="77777777" w:rsidR="0014559B" w:rsidRPr="008841D5" w:rsidRDefault="00000000">
            <w:pPr>
              <w:spacing w:after="0"/>
              <w:rPr>
                <w:lang w:val="af-ZA"/>
              </w:rPr>
            </w:pPr>
            <w:r w:rsidRPr="008841D5">
              <w:rPr>
                <w:lang w:val="af-ZA"/>
              </w:rPr>
              <w:t>Geestes van krankheid</w:t>
            </w:r>
          </w:p>
        </w:tc>
        <w:tc>
          <w:tcPr>
            <w:tcW w:w="4896" w:type="dxa"/>
            <w:tcMar>
              <w:top w:w="70" w:type="dxa"/>
              <w:left w:w="110" w:type="dxa"/>
              <w:bottom w:w="70" w:type="dxa"/>
              <w:right w:w="110" w:type="dxa"/>
            </w:tcMar>
            <w:vAlign w:val="center"/>
          </w:tcPr>
          <w:p w14:paraId="10C4434D" w14:textId="77777777" w:rsidR="0014559B" w:rsidRPr="008841D5" w:rsidRDefault="00000000">
            <w:pPr>
              <w:spacing w:after="0"/>
              <w:rPr>
                <w:lang w:val="af-ZA"/>
              </w:rPr>
            </w:pPr>
            <w:r w:rsidRPr="008841D5">
              <w:rPr>
                <w:lang w:val="af-ZA"/>
              </w:rPr>
              <w:t>Luk 13:11-17</w:t>
            </w:r>
          </w:p>
        </w:tc>
      </w:tr>
      <w:tr w:rsidR="008B0CE3" w:rsidRPr="008841D5" w14:paraId="5593F455" w14:textId="77777777" w:rsidTr="008B0CE3">
        <w:tc>
          <w:tcPr>
            <w:tcW w:w="9792" w:type="dxa"/>
            <w:gridSpan w:val="2"/>
            <w:tcMar>
              <w:top w:w="70" w:type="dxa"/>
              <w:left w:w="110" w:type="dxa"/>
              <w:bottom w:w="70" w:type="dxa"/>
              <w:right w:w="110" w:type="dxa"/>
            </w:tcMar>
            <w:vAlign w:val="center"/>
          </w:tcPr>
          <w:p w14:paraId="76311F8A" w14:textId="1DF6F23A" w:rsidR="008B0CE3" w:rsidRPr="008841D5" w:rsidRDefault="00712B23" w:rsidP="00712B23">
            <w:pPr>
              <w:spacing w:after="140"/>
              <w:ind w:left="461" w:right="216"/>
              <w:rPr>
                <w:lang w:val="af-ZA"/>
              </w:rPr>
            </w:pPr>
            <w:r w:rsidRPr="008841D5">
              <w:rPr>
                <w:i/>
                <w:lang w:val="af-ZA"/>
              </w:rPr>
              <w:t xml:space="preserve">En daar was ’n vrou wat </w:t>
            </w:r>
            <w:r w:rsidRPr="008841D5">
              <w:rPr>
                <w:b/>
                <w:bCs/>
                <w:i/>
                <w:lang w:val="af-ZA"/>
              </w:rPr>
              <w:t>’n gees van krankheid agttien jaar lank</w:t>
            </w:r>
            <w:r w:rsidRPr="008841D5">
              <w:rPr>
                <w:i/>
                <w:lang w:val="af-ZA"/>
              </w:rPr>
              <w:t xml:space="preserve"> gehad het, en sy was inmekaargetrek en glad nie in staat om regop te kom nie. En toe Jesus haar sien, roep Hy haar en sê: Vrou, jy is van jou krankheid verlos. En Hy het </w:t>
            </w:r>
            <w:r w:rsidRPr="008841D5">
              <w:rPr>
                <w:b/>
                <w:bCs/>
                <w:i/>
                <w:lang w:val="af-ZA"/>
              </w:rPr>
              <w:t>haar die hande opgelê</w:t>
            </w:r>
            <w:r w:rsidRPr="008841D5">
              <w:rPr>
                <w:i/>
                <w:lang w:val="af-ZA"/>
              </w:rPr>
              <w:t>, en onmiddellik het sy regop gestaan en God verheerlik.</w:t>
            </w:r>
          </w:p>
        </w:tc>
      </w:tr>
    </w:tbl>
    <w:p w14:paraId="29108608" w14:textId="1697AAF2" w:rsidR="0014559B" w:rsidRPr="008841D5" w:rsidRDefault="0014559B">
      <w:pPr>
        <w:rPr>
          <w:lang w:val="af-ZA"/>
        </w:rPr>
      </w:pPr>
    </w:p>
    <w:tbl>
      <w:tblPr>
        <w:tblStyle w:val="TableGrid"/>
        <w:tblW w:w="9792" w:type="dxa"/>
        <w:tblLayout w:type="fixed"/>
        <w:tblLook w:val="04A0" w:firstRow="1" w:lastRow="0" w:firstColumn="1" w:lastColumn="0" w:noHBand="0" w:noVBand="1"/>
      </w:tblPr>
      <w:tblGrid>
        <w:gridCol w:w="4896"/>
        <w:gridCol w:w="4896"/>
      </w:tblGrid>
      <w:tr w:rsidR="0014559B" w:rsidRPr="008841D5" w14:paraId="58E84D05" w14:textId="77777777" w:rsidTr="008B0CE3">
        <w:tc>
          <w:tcPr>
            <w:tcW w:w="4896" w:type="dxa"/>
            <w:shd w:val="clear" w:color="auto" w:fill="E8EEF5"/>
            <w:tcMar>
              <w:top w:w="70" w:type="dxa"/>
              <w:left w:w="110" w:type="dxa"/>
              <w:bottom w:w="70" w:type="dxa"/>
              <w:right w:w="110" w:type="dxa"/>
            </w:tcMar>
            <w:vAlign w:val="center"/>
          </w:tcPr>
          <w:p w14:paraId="79F2B5DF" w14:textId="77777777" w:rsidR="0014559B" w:rsidRPr="008841D5" w:rsidRDefault="00000000">
            <w:pPr>
              <w:spacing w:after="0"/>
              <w:rPr>
                <w:lang w:val="af-ZA"/>
              </w:rPr>
            </w:pPr>
            <w:r w:rsidRPr="008841D5">
              <w:rPr>
                <w:b/>
                <w:lang w:val="af-ZA"/>
              </w:rPr>
              <w:t>Item</w:t>
            </w:r>
          </w:p>
        </w:tc>
        <w:tc>
          <w:tcPr>
            <w:tcW w:w="4896" w:type="dxa"/>
            <w:shd w:val="clear" w:color="auto" w:fill="E8EEF5"/>
            <w:tcMar>
              <w:top w:w="70" w:type="dxa"/>
              <w:left w:w="110" w:type="dxa"/>
              <w:bottom w:w="70" w:type="dxa"/>
              <w:right w:w="110" w:type="dxa"/>
            </w:tcMar>
            <w:vAlign w:val="center"/>
          </w:tcPr>
          <w:p w14:paraId="6F382B76" w14:textId="77777777" w:rsidR="0014559B" w:rsidRPr="008841D5" w:rsidRDefault="00000000">
            <w:pPr>
              <w:spacing w:after="0"/>
              <w:rPr>
                <w:lang w:val="af-ZA"/>
              </w:rPr>
            </w:pPr>
            <w:r w:rsidRPr="008841D5">
              <w:rPr>
                <w:b/>
                <w:lang w:val="af-ZA"/>
              </w:rPr>
              <w:t>Skrifverwysing</w:t>
            </w:r>
          </w:p>
        </w:tc>
      </w:tr>
      <w:tr w:rsidR="0014559B" w:rsidRPr="008841D5" w14:paraId="00A4D902" w14:textId="77777777" w:rsidTr="008B0CE3">
        <w:tc>
          <w:tcPr>
            <w:tcW w:w="4896" w:type="dxa"/>
            <w:tcMar>
              <w:top w:w="70" w:type="dxa"/>
              <w:left w:w="110" w:type="dxa"/>
              <w:bottom w:w="70" w:type="dxa"/>
              <w:right w:w="110" w:type="dxa"/>
            </w:tcMar>
            <w:vAlign w:val="center"/>
          </w:tcPr>
          <w:p w14:paraId="62DF9C18" w14:textId="25E89E16" w:rsidR="0014559B" w:rsidRPr="008841D5" w:rsidRDefault="00CA36F8">
            <w:pPr>
              <w:spacing w:after="0"/>
              <w:rPr>
                <w:lang w:val="af-ZA"/>
              </w:rPr>
            </w:pPr>
            <w:r w:rsidRPr="008841D5">
              <w:rPr>
                <w:lang w:val="af-ZA"/>
              </w:rPr>
              <w:t>Seun met stomme gees</w:t>
            </w:r>
          </w:p>
        </w:tc>
        <w:tc>
          <w:tcPr>
            <w:tcW w:w="4896" w:type="dxa"/>
            <w:tcMar>
              <w:top w:w="70" w:type="dxa"/>
              <w:left w:w="110" w:type="dxa"/>
              <w:bottom w:w="70" w:type="dxa"/>
              <w:right w:w="110" w:type="dxa"/>
            </w:tcMar>
            <w:vAlign w:val="center"/>
          </w:tcPr>
          <w:p w14:paraId="37743869" w14:textId="77777777" w:rsidR="0014559B" w:rsidRPr="008841D5" w:rsidRDefault="00000000">
            <w:pPr>
              <w:spacing w:after="0"/>
              <w:rPr>
                <w:lang w:val="af-ZA"/>
              </w:rPr>
            </w:pPr>
            <w:r w:rsidRPr="008841D5">
              <w:rPr>
                <w:lang w:val="af-ZA"/>
              </w:rPr>
              <w:t>Mark 9:17</w:t>
            </w:r>
          </w:p>
        </w:tc>
      </w:tr>
      <w:tr w:rsidR="008B0CE3" w:rsidRPr="008841D5" w14:paraId="3856F2E5" w14:textId="77777777" w:rsidTr="008B0CE3">
        <w:tc>
          <w:tcPr>
            <w:tcW w:w="9792" w:type="dxa"/>
            <w:gridSpan w:val="2"/>
            <w:tcMar>
              <w:top w:w="70" w:type="dxa"/>
              <w:left w:w="110" w:type="dxa"/>
              <w:bottom w:w="70" w:type="dxa"/>
              <w:right w:w="110" w:type="dxa"/>
            </w:tcMar>
            <w:vAlign w:val="center"/>
          </w:tcPr>
          <w:p w14:paraId="194D08ED" w14:textId="77777777" w:rsidR="00CA36F8" w:rsidRPr="008841D5" w:rsidRDefault="00712B23" w:rsidP="00826AEC">
            <w:pPr>
              <w:spacing w:after="140"/>
              <w:ind w:left="454" w:right="216"/>
              <w:rPr>
                <w:i/>
                <w:lang w:val="af-ZA"/>
              </w:rPr>
            </w:pPr>
            <w:r w:rsidRPr="008841D5">
              <w:rPr>
                <w:i/>
                <w:lang w:val="af-ZA"/>
              </w:rPr>
              <w:t xml:space="preserve">En een uit die skare antwoord en sê: Meester, ek het my seun wat ’n </w:t>
            </w:r>
            <w:r w:rsidRPr="008841D5">
              <w:rPr>
                <w:b/>
                <w:bCs/>
                <w:i/>
                <w:lang w:val="af-ZA"/>
              </w:rPr>
              <w:t>stomme gees</w:t>
            </w:r>
            <w:r w:rsidRPr="008841D5">
              <w:rPr>
                <w:i/>
                <w:lang w:val="af-ZA"/>
              </w:rPr>
              <w:t xml:space="preserve"> het, na U gebring; en waar hy hom ook aangryp</w:t>
            </w:r>
            <w:r w:rsidRPr="008841D5">
              <w:rPr>
                <w:b/>
                <w:bCs/>
                <w:i/>
                <w:lang w:val="af-ZA"/>
              </w:rPr>
              <w:t>, skeur hy hom; en hy kry skuim in die mond, en hy kners met sy tande en word styf</w:t>
            </w:r>
            <w:r w:rsidRPr="008841D5">
              <w:rPr>
                <w:i/>
                <w:lang w:val="af-ZA"/>
              </w:rPr>
              <w:t>; en ek het u dissipels gevra om hom uit te dryf, en hulle kon nie</w:t>
            </w:r>
            <w:r w:rsidR="00CA36F8" w:rsidRPr="008841D5">
              <w:rPr>
                <w:i/>
                <w:lang w:val="af-ZA"/>
              </w:rPr>
              <w:t xml:space="preserve">... </w:t>
            </w:r>
          </w:p>
          <w:p w14:paraId="28113CD1" w14:textId="02C8D381" w:rsidR="008B0CE3" w:rsidRPr="008841D5" w:rsidRDefault="00CA36F8" w:rsidP="00826AEC">
            <w:pPr>
              <w:spacing w:after="140"/>
              <w:ind w:left="454" w:right="216"/>
              <w:rPr>
                <w:lang w:val="af-ZA"/>
              </w:rPr>
            </w:pPr>
            <w:r w:rsidRPr="008841D5">
              <w:rPr>
                <w:i/>
                <w:lang w:val="af-ZA"/>
              </w:rPr>
              <w:t xml:space="preserve">... </w:t>
            </w:r>
            <w:r w:rsidR="00712B23" w:rsidRPr="008841D5">
              <w:rPr>
                <w:b/>
                <w:bCs/>
                <w:i/>
                <w:lang w:val="af-ZA"/>
              </w:rPr>
              <w:t>Hy die onreine gees bestraf en vir hom gesê: Jou stom en dowe gees, Ek gebied jou, gaan uit hom uit en kom nooit weer in hom nie. En nadat hy geskreeu en hom baie stuiptrekkings laat kry het, het hy uitgegaan.</w:t>
            </w:r>
            <w:r w:rsidR="00712B23" w:rsidRPr="008841D5">
              <w:rPr>
                <w:i/>
                <w:lang w:val="af-ZA"/>
              </w:rPr>
              <w:t xml:space="preserve"> </w:t>
            </w:r>
          </w:p>
        </w:tc>
      </w:tr>
    </w:tbl>
    <w:p w14:paraId="4F25D26E" w14:textId="77777777" w:rsidR="0014559B" w:rsidRPr="008841D5" w:rsidRDefault="0014559B">
      <w:pPr>
        <w:spacing w:after="0"/>
        <w:rPr>
          <w:lang w:val="af-ZA"/>
        </w:rPr>
      </w:pPr>
    </w:p>
    <w:p w14:paraId="4B348DDD" w14:textId="77777777" w:rsidR="000407B6" w:rsidRPr="008841D5" w:rsidRDefault="000407B6">
      <w:pPr>
        <w:pStyle w:val="Heading2"/>
        <w:rPr>
          <w:lang w:val="af-ZA"/>
        </w:rPr>
      </w:pPr>
    </w:p>
    <w:p w14:paraId="5901A985" w14:textId="77777777" w:rsidR="000407B6" w:rsidRPr="008841D5" w:rsidRDefault="000407B6">
      <w:pPr>
        <w:spacing w:after="200" w:line="276" w:lineRule="auto"/>
        <w:rPr>
          <w:rFonts w:asciiTheme="majorHAnsi" w:eastAsiaTheme="majorEastAsia" w:hAnsiTheme="majorHAnsi" w:cstheme="majorBidi"/>
          <w:b/>
          <w:bCs/>
          <w:color w:val="1F4D78"/>
          <w:sz w:val="26"/>
          <w:szCs w:val="26"/>
          <w:lang w:val="af-ZA"/>
        </w:rPr>
      </w:pPr>
      <w:r w:rsidRPr="008841D5">
        <w:rPr>
          <w:lang w:val="af-ZA"/>
        </w:rPr>
        <w:br w:type="page"/>
      </w:r>
    </w:p>
    <w:p w14:paraId="0E8F1437" w14:textId="3A333193" w:rsidR="0014559B" w:rsidRPr="008841D5" w:rsidRDefault="00000000">
      <w:pPr>
        <w:pStyle w:val="Heading2"/>
        <w:rPr>
          <w:lang w:val="af-ZA"/>
        </w:rPr>
      </w:pPr>
      <w:r w:rsidRPr="008841D5">
        <w:rPr>
          <w:lang w:val="af-ZA"/>
        </w:rPr>
        <w:lastRenderedPageBreak/>
        <w:t>Doel van die gawe</w:t>
      </w:r>
    </w:p>
    <w:tbl>
      <w:tblPr>
        <w:tblStyle w:val="TableGrid"/>
        <w:tblW w:w="9792" w:type="dxa"/>
        <w:tblLayout w:type="fixed"/>
        <w:tblLook w:val="04A0" w:firstRow="1" w:lastRow="0" w:firstColumn="1" w:lastColumn="0" w:noHBand="0" w:noVBand="1"/>
      </w:tblPr>
      <w:tblGrid>
        <w:gridCol w:w="4896"/>
        <w:gridCol w:w="4896"/>
      </w:tblGrid>
      <w:tr w:rsidR="0014559B" w:rsidRPr="008841D5" w14:paraId="79673385" w14:textId="77777777" w:rsidTr="008B0CE3">
        <w:tc>
          <w:tcPr>
            <w:tcW w:w="4896" w:type="dxa"/>
            <w:shd w:val="clear" w:color="auto" w:fill="E8EEF5"/>
            <w:tcMar>
              <w:top w:w="70" w:type="dxa"/>
              <w:left w:w="110" w:type="dxa"/>
              <w:bottom w:w="70" w:type="dxa"/>
              <w:right w:w="110" w:type="dxa"/>
            </w:tcMar>
            <w:vAlign w:val="center"/>
          </w:tcPr>
          <w:p w14:paraId="22073A67" w14:textId="77777777" w:rsidR="0014559B" w:rsidRPr="008841D5" w:rsidRDefault="00000000">
            <w:pPr>
              <w:spacing w:after="0"/>
              <w:rPr>
                <w:lang w:val="af-ZA"/>
              </w:rPr>
            </w:pPr>
            <w:r w:rsidRPr="008841D5">
              <w:rPr>
                <w:b/>
                <w:lang w:val="af-ZA"/>
              </w:rPr>
              <w:t>Item</w:t>
            </w:r>
          </w:p>
        </w:tc>
        <w:tc>
          <w:tcPr>
            <w:tcW w:w="4896" w:type="dxa"/>
            <w:shd w:val="clear" w:color="auto" w:fill="E8EEF5"/>
            <w:tcMar>
              <w:top w:w="70" w:type="dxa"/>
              <w:left w:w="110" w:type="dxa"/>
              <w:bottom w:w="70" w:type="dxa"/>
              <w:right w:w="110" w:type="dxa"/>
            </w:tcMar>
            <w:vAlign w:val="center"/>
          </w:tcPr>
          <w:p w14:paraId="0A5852A5" w14:textId="77777777" w:rsidR="0014559B" w:rsidRPr="008841D5" w:rsidRDefault="00000000">
            <w:pPr>
              <w:spacing w:after="0"/>
              <w:rPr>
                <w:lang w:val="af-ZA"/>
              </w:rPr>
            </w:pPr>
            <w:r w:rsidRPr="008841D5">
              <w:rPr>
                <w:b/>
                <w:lang w:val="af-ZA"/>
              </w:rPr>
              <w:t>Skrifverwysing</w:t>
            </w:r>
          </w:p>
        </w:tc>
      </w:tr>
      <w:tr w:rsidR="0014559B" w:rsidRPr="008841D5" w14:paraId="5E2D9E25" w14:textId="77777777" w:rsidTr="008B0CE3">
        <w:tc>
          <w:tcPr>
            <w:tcW w:w="4896" w:type="dxa"/>
            <w:tcMar>
              <w:top w:w="70" w:type="dxa"/>
              <w:left w:w="110" w:type="dxa"/>
              <w:bottom w:w="70" w:type="dxa"/>
              <w:right w:w="110" w:type="dxa"/>
            </w:tcMar>
            <w:vAlign w:val="center"/>
          </w:tcPr>
          <w:p w14:paraId="07305C46" w14:textId="5C45AD9F" w:rsidR="0014559B" w:rsidRPr="008841D5" w:rsidRDefault="00FA1B16">
            <w:pPr>
              <w:spacing w:after="0"/>
              <w:rPr>
                <w:lang w:val="af-ZA"/>
              </w:rPr>
            </w:pPr>
            <w:r w:rsidRPr="008841D5">
              <w:rPr>
                <w:lang w:val="af-ZA"/>
              </w:rPr>
              <w:t xml:space="preserve">Demoniese </w:t>
            </w:r>
            <w:r w:rsidRPr="008841D5">
              <w:rPr>
                <w:b/>
                <w:bCs/>
                <w:lang w:val="af-ZA"/>
              </w:rPr>
              <w:t>teenwoordigheid</w:t>
            </w:r>
          </w:p>
        </w:tc>
        <w:tc>
          <w:tcPr>
            <w:tcW w:w="4896" w:type="dxa"/>
            <w:tcMar>
              <w:top w:w="70" w:type="dxa"/>
              <w:left w:w="110" w:type="dxa"/>
              <w:bottom w:w="70" w:type="dxa"/>
              <w:right w:w="110" w:type="dxa"/>
            </w:tcMar>
            <w:vAlign w:val="center"/>
          </w:tcPr>
          <w:p w14:paraId="65508C92" w14:textId="77777777" w:rsidR="0014559B" w:rsidRPr="008841D5" w:rsidRDefault="00000000">
            <w:pPr>
              <w:spacing w:after="0"/>
              <w:rPr>
                <w:lang w:val="af-ZA"/>
              </w:rPr>
            </w:pPr>
            <w:r w:rsidRPr="008841D5">
              <w:rPr>
                <w:lang w:val="af-ZA"/>
              </w:rPr>
              <w:t>Mark 16:17-18</w:t>
            </w:r>
          </w:p>
        </w:tc>
      </w:tr>
      <w:tr w:rsidR="008B0CE3" w:rsidRPr="008841D5" w14:paraId="7663E6DE" w14:textId="77777777" w:rsidTr="008B0CE3">
        <w:tc>
          <w:tcPr>
            <w:tcW w:w="9792" w:type="dxa"/>
            <w:gridSpan w:val="2"/>
            <w:tcMar>
              <w:top w:w="70" w:type="dxa"/>
              <w:left w:w="110" w:type="dxa"/>
              <w:bottom w:w="70" w:type="dxa"/>
              <w:right w:w="110" w:type="dxa"/>
            </w:tcMar>
            <w:vAlign w:val="center"/>
          </w:tcPr>
          <w:p w14:paraId="7AB11447" w14:textId="770F0CE2" w:rsidR="008B0CE3" w:rsidRPr="008841D5" w:rsidRDefault="00712B23" w:rsidP="00CA36F8">
            <w:pPr>
              <w:spacing w:after="0"/>
              <w:ind w:left="454"/>
              <w:rPr>
                <w:lang w:val="af-ZA"/>
              </w:rPr>
            </w:pPr>
            <w:r w:rsidRPr="008841D5">
              <w:rPr>
                <w:i/>
                <w:lang w:val="af-ZA"/>
              </w:rPr>
              <w:t>En vir die wat geglo het, sal hierdie tekens volg</w:t>
            </w:r>
            <w:r w:rsidRPr="008841D5">
              <w:rPr>
                <w:b/>
                <w:bCs/>
                <w:i/>
                <w:lang w:val="af-ZA"/>
              </w:rPr>
              <w:t>: in my Naam sal hulle duiwels uitdryf</w:t>
            </w:r>
            <w:r w:rsidRPr="008841D5">
              <w:rPr>
                <w:i/>
                <w:lang w:val="af-ZA"/>
              </w:rPr>
              <w:t xml:space="preserve">, met nuwe tale sal hulle spreek, slange sal hulle opneem; en as hulle iets </w:t>
            </w:r>
            <w:proofErr w:type="spellStart"/>
            <w:r w:rsidRPr="008841D5">
              <w:rPr>
                <w:i/>
                <w:lang w:val="af-ZA"/>
              </w:rPr>
              <w:t>dodeliks</w:t>
            </w:r>
            <w:proofErr w:type="spellEnd"/>
            <w:r w:rsidRPr="008841D5">
              <w:rPr>
                <w:i/>
                <w:lang w:val="af-ZA"/>
              </w:rPr>
              <w:t xml:space="preserve"> drink, sal dit hulle geen kwaad doen nie; op siekes sal hulle die hande lê, en hulle sal gesond word.</w:t>
            </w:r>
          </w:p>
        </w:tc>
      </w:tr>
    </w:tbl>
    <w:p w14:paraId="2F913FEE" w14:textId="6F4CF990" w:rsidR="0014559B" w:rsidRPr="008841D5" w:rsidRDefault="0014559B" w:rsidP="00442811">
      <w:pPr>
        <w:spacing w:after="140"/>
        <w:ind w:right="216"/>
        <w:rPr>
          <w:lang w:val="af-ZA"/>
        </w:rPr>
      </w:pPr>
    </w:p>
    <w:tbl>
      <w:tblPr>
        <w:tblStyle w:val="TableGrid"/>
        <w:tblW w:w="9792" w:type="dxa"/>
        <w:tblLayout w:type="fixed"/>
        <w:tblLook w:val="04A0" w:firstRow="1" w:lastRow="0" w:firstColumn="1" w:lastColumn="0" w:noHBand="0" w:noVBand="1"/>
      </w:tblPr>
      <w:tblGrid>
        <w:gridCol w:w="4896"/>
        <w:gridCol w:w="4896"/>
      </w:tblGrid>
      <w:tr w:rsidR="0014559B" w:rsidRPr="008841D5" w14:paraId="250B393B" w14:textId="77777777" w:rsidTr="008B0CE3">
        <w:tc>
          <w:tcPr>
            <w:tcW w:w="4896" w:type="dxa"/>
            <w:shd w:val="clear" w:color="auto" w:fill="E8EEF5"/>
            <w:tcMar>
              <w:top w:w="70" w:type="dxa"/>
              <w:left w:w="110" w:type="dxa"/>
              <w:bottom w:w="70" w:type="dxa"/>
              <w:right w:w="110" w:type="dxa"/>
            </w:tcMar>
            <w:vAlign w:val="center"/>
          </w:tcPr>
          <w:p w14:paraId="724E59A9" w14:textId="77777777" w:rsidR="0014559B" w:rsidRPr="008841D5" w:rsidRDefault="00000000">
            <w:pPr>
              <w:spacing w:after="0"/>
              <w:rPr>
                <w:lang w:val="af-ZA"/>
              </w:rPr>
            </w:pPr>
            <w:r w:rsidRPr="008841D5">
              <w:rPr>
                <w:b/>
                <w:lang w:val="af-ZA"/>
              </w:rPr>
              <w:t>Item</w:t>
            </w:r>
          </w:p>
        </w:tc>
        <w:tc>
          <w:tcPr>
            <w:tcW w:w="4896" w:type="dxa"/>
            <w:shd w:val="clear" w:color="auto" w:fill="E8EEF5"/>
            <w:tcMar>
              <w:top w:w="70" w:type="dxa"/>
              <w:left w:w="110" w:type="dxa"/>
              <w:bottom w:w="70" w:type="dxa"/>
              <w:right w:w="110" w:type="dxa"/>
            </w:tcMar>
            <w:vAlign w:val="center"/>
          </w:tcPr>
          <w:p w14:paraId="42D29E2F" w14:textId="77777777" w:rsidR="0014559B" w:rsidRPr="008841D5" w:rsidRDefault="00000000">
            <w:pPr>
              <w:spacing w:after="0"/>
              <w:rPr>
                <w:lang w:val="af-ZA"/>
              </w:rPr>
            </w:pPr>
            <w:r w:rsidRPr="008841D5">
              <w:rPr>
                <w:b/>
                <w:lang w:val="af-ZA"/>
              </w:rPr>
              <w:t>Skrifverwysing</w:t>
            </w:r>
          </w:p>
        </w:tc>
      </w:tr>
      <w:tr w:rsidR="0014559B" w:rsidRPr="008841D5" w14:paraId="0E709252" w14:textId="77777777" w:rsidTr="008B0CE3">
        <w:tc>
          <w:tcPr>
            <w:tcW w:w="4896" w:type="dxa"/>
            <w:tcMar>
              <w:top w:w="70" w:type="dxa"/>
              <w:left w:w="110" w:type="dxa"/>
              <w:bottom w:w="70" w:type="dxa"/>
              <w:right w:w="110" w:type="dxa"/>
            </w:tcMar>
            <w:vAlign w:val="center"/>
          </w:tcPr>
          <w:p w14:paraId="3A9F6334" w14:textId="37E94C34" w:rsidR="0014559B" w:rsidRPr="008841D5" w:rsidRDefault="00FA1B16">
            <w:pPr>
              <w:spacing w:after="0"/>
              <w:rPr>
                <w:lang w:val="af-ZA"/>
              </w:rPr>
            </w:pPr>
            <w:r w:rsidRPr="008841D5">
              <w:rPr>
                <w:lang w:val="af-ZA"/>
              </w:rPr>
              <w:t xml:space="preserve">Demoniese </w:t>
            </w:r>
            <w:r w:rsidRPr="008841D5">
              <w:rPr>
                <w:b/>
                <w:bCs/>
                <w:lang w:val="af-ZA"/>
              </w:rPr>
              <w:t>teenstand</w:t>
            </w:r>
          </w:p>
        </w:tc>
        <w:tc>
          <w:tcPr>
            <w:tcW w:w="4896" w:type="dxa"/>
            <w:tcMar>
              <w:top w:w="70" w:type="dxa"/>
              <w:left w:w="110" w:type="dxa"/>
              <w:bottom w:w="70" w:type="dxa"/>
              <w:right w:w="110" w:type="dxa"/>
            </w:tcMar>
            <w:vAlign w:val="center"/>
          </w:tcPr>
          <w:p w14:paraId="0FAD8268" w14:textId="77777777" w:rsidR="0014559B" w:rsidRPr="008841D5" w:rsidRDefault="00000000">
            <w:pPr>
              <w:spacing w:after="0"/>
              <w:rPr>
                <w:lang w:val="af-ZA"/>
              </w:rPr>
            </w:pPr>
            <w:r w:rsidRPr="008841D5">
              <w:rPr>
                <w:lang w:val="af-ZA"/>
              </w:rPr>
              <w:t>Hand 13:6-10</w:t>
            </w:r>
          </w:p>
        </w:tc>
      </w:tr>
      <w:tr w:rsidR="008B0CE3" w:rsidRPr="008841D5" w14:paraId="28ADC2CE" w14:textId="77777777" w:rsidTr="008B0CE3">
        <w:tc>
          <w:tcPr>
            <w:tcW w:w="9792" w:type="dxa"/>
            <w:gridSpan w:val="2"/>
            <w:tcMar>
              <w:top w:w="70" w:type="dxa"/>
              <w:left w:w="110" w:type="dxa"/>
              <w:bottom w:w="70" w:type="dxa"/>
              <w:right w:w="110" w:type="dxa"/>
            </w:tcMar>
            <w:vAlign w:val="center"/>
          </w:tcPr>
          <w:p w14:paraId="719CD53F" w14:textId="4B7B74F5" w:rsidR="008B0CE3" w:rsidRPr="008841D5" w:rsidRDefault="00712B23" w:rsidP="00CA36F8">
            <w:pPr>
              <w:spacing w:after="0"/>
              <w:ind w:left="454"/>
              <w:rPr>
                <w:lang w:val="af-ZA"/>
              </w:rPr>
            </w:pPr>
            <w:r w:rsidRPr="008841D5">
              <w:rPr>
                <w:i/>
                <w:lang w:val="af-ZA"/>
              </w:rPr>
              <w:t xml:space="preserve">En hulle het die eiland deurgegaan tot by </w:t>
            </w:r>
            <w:proofErr w:type="spellStart"/>
            <w:r w:rsidRPr="008841D5">
              <w:rPr>
                <w:i/>
                <w:lang w:val="af-ZA"/>
              </w:rPr>
              <w:t>Pafos</w:t>
            </w:r>
            <w:proofErr w:type="spellEnd"/>
            <w:r w:rsidRPr="008841D5">
              <w:rPr>
                <w:i/>
                <w:lang w:val="af-ZA"/>
              </w:rPr>
              <w:t xml:space="preserve"> en ’n </w:t>
            </w:r>
            <w:r w:rsidRPr="008841D5">
              <w:rPr>
                <w:b/>
                <w:bCs/>
                <w:i/>
                <w:lang w:val="af-ZA"/>
              </w:rPr>
              <w:t>towenaar gevind, ’n valse profeet, ’n Jood met die naam van Bar-Jesus</w:t>
            </w:r>
            <w:r w:rsidRPr="008841D5">
              <w:rPr>
                <w:i/>
                <w:lang w:val="af-ZA"/>
              </w:rPr>
              <w:t xml:space="preserve">. Hy was by die goewerneur </w:t>
            </w:r>
            <w:proofErr w:type="spellStart"/>
            <w:r w:rsidRPr="008841D5">
              <w:rPr>
                <w:i/>
                <w:lang w:val="af-ZA"/>
              </w:rPr>
              <w:t>Sérgius</w:t>
            </w:r>
            <w:proofErr w:type="spellEnd"/>
            <w:r w:rsidRPr="008841D5">
              <w:rPr>
                <w:i/>
                <w:lang w:val="af-ZA"/>
              </w:rPr>
              <w:t xml:space="preserve"> Paulus, ’n verstandige man. Dié het </w:t>
            </w:r>
            <w:proofErr w:type="spellStart"/>
            <w:r w:rsidRPr="008841D5">
              <w:rPr>
                <w:i/>
                <w:lang w:val="af-ZA"/>
              </w:rPr>
              <w:t>Bárnabas</w:t>
            </w:r>
            <w:proofErr w:type="spellEnd"/>
            <w:r w:rsidRPr="008841D5">
              <w:rPr>
                <w:i/>
                <w:lang w:val="af-ZA"/>
              </w:rPr>
              <w:t xml:space="preserve"> en </w:t>
            </w:r>
            <w:proofErr w:type="spellStart"/>
            <w:r w:rsidRPr="008841D5">
              <w:rPr>
                <w:i/>
                <w:lang w:val="af-ZA"/>
              </w:rPr>
              <w:t>Saulus</w:t>
            </w:r>
            <w:proofErr w:type="spellEnd"/>
            <w:r w:rsidRPr="008841D5">
              <w:rPr>
                <w:i/>
                <w:lang w:val="af-ZA"/>
              </w:rPr>
              <w:t xml:space="preserve"> laat roep en het versoek om die woord van God te hoor. Maar </w:t>
            </w:r>
            <w:proofErr w:type="spellStart"/>
            <w:r w:rsidRPr="008841D5">
              <w:rPr>
                <w:i/>
                <w:lang w:val="af-ZA"/>
              </w:rPr>
              <w:t>Élimas</w:t>
            </w:r>
            <w:proofErr w:type="spellEnd"/>
            <w:r w:rsidRPr="008841D5">
              <w:rPr>
                <w:i/>
                <w:lang w:val="af-ZA"/>
              </w:rPr>
              <w:t xml:space="preserve"> die towenaar — want so word sy naam vertaal — </w:t>
            </w:r>
            <w:r w:rsidRPr="008841D5">
              <w:rPr>
                <w:b/>
                <w:bCs/>
                <w:i/>
                <w:lang w:val="af-ZA"/>
              </w:rPr>
              <w:t>het hulle teëgestaan en het probeer om die goewerneur afkerig te maak van die geloof</w:t>
            </w:r>
            <w:r w:rsidRPr="008841D5">
              <w:rPr>
                <w:i/>
                <w:lang w:val="af-ZA"/>
              </w:rPr>
              <w:t xml:space="preserve">. Maar </w:t>
            </w:r>
            <w:proofErr w:type="spellStart"/>
            <w:r w:rsidRPr="008841D5">
              <w:rPr>
                <w:i/>
                <w:lang w:val="af-ZA"/>
              </w:rPr>
              <w:t>Saulus</w:t>
            </w:r>
            <w:proofErr w:type="spellEnd"/>
            <w:r w:rsidRPr="008841D5">
              <w:rPr>
                <w:i/>
                <w:lang w:val="af-ZA"/>
              </w:rPr>
              <w:t xml:space="preserve">, dit is Paulus, </w:t>
            </w:r>
            <w:r w:rsidRPr="008841D5">
              <w:rPr>
                <w:b/>
                <w:bCs/>
                <w:i/>
                <w:lang w:val="af-ZA"/>
              </w:rPr>
              <w:t>vervul met die Heilige Gees, het die oë op hom gehou en gesê: Kind van die duiwel, vol van alle bedrog en alle listigheid, vyand van alle geregtigheid, sal jy nie ophou om die reguit weë van die Here te verdraai nie?</w:t>
            </w:r>
          </w:p>
        </w:tc>
      </w:tr>
    </w:tbl>
    <w:p w14:paraId="0A9A79B9" w14:textId="0520842D" w:rsidR="0014559B" w:rsidRPr="008841D5" w:rsidRDefault="0014559B" w:rsidP="00442811">
      <w:pPr>
        <w:spacing w:after="140"/>
        <w:ind w:right="216"/>
        <w:rPr>
          <w:lang w:val="af-ZA"/>
        </w:rPr>
      </w:pPr>
    </w:p>
    <w:tbl>
      <w:tblPr>
        <w:tblStyle w:val="TableGrid"/>
        <w:tblW w:w="9792" w:type="dxa"/>
        <w:tblLayout w:type="fixed"/>
        <w:tblLook w:val="04A0" w:firstRow="1" w:lastRow="0" w:firstColumn="1" w:lastColumn="0" w:noHBand="0" w:noVBand="1"/>
      </w:tblPr>
      <w:tblGrid>
        <w:gridCol w:w="4896"/>
        <w:gridCol w:w="4896"/>
      </w:tblGrid>
      <w:tr w:rsidR="0014559B" w:rsidRPr="008841D5" w14:paraId="2D10794D" w14:textId="77777777" w:rsidTr="008B0CE3">
        <w:tc>
          <w:tcPr>
            <w:tcW w:w="4896" w:type="dxa"/>
            <w:shd w:val="clear" w:color="auto" w:fill="E8EEF5"/>
            <w:tcMar>
              <w:top w:w="70" w:type="dxa"/>
              <w:left w:w="110" w:type="dxa"/>
              <w:bottom w:w="70" w:type="dxa"/>
              <w:right w:w="110" w:type="dxa"/>
            </w:tcMar>
            <w:vAlign w:val="center"/>
          </w:tcPr>
          <w:p w14:paraId="633C54A5" w14:textId="77777777" w:rsidR="0014559B" w:rsidRPr="008841D5" w:rsidRDefault="00000000">
            <w:pPr>
              <w:spacing w:after="0"/>
              <w:rPr>
                <w:lang w:val="af-ZA"/>
              </w:rPr>
            </w:pPr>
            <w:r w:rsidRPr="008841D5">
              <w:rPr>
                <w:b/>
                <w:lang w:val="af-ZA"/>
              </w:rPr>
              <w:t>Item</w:t>
            </w:r>
          </w:p>
        </w:tc>
        <w:tc>
          <w:tcPr>
            <w:tcW w:w="4896" w:type="dxa"/>
            <w:shd w:val="clear" w:color="auto" w:fill="E8EEF5"/>
            <w:tcMar>
              <w:top w:w="70" w:type="dxa"/>
              <w:left w:w="110" w:type="dxa"/>
              <w:bottom w:w="70" w:type="dxa"/>
              <w:right w:w="110" w:type="dxa"/>
            </w:tcMar>
            <w:vAlign w:val="center"/>
          </w:tcPr>
          <w:p w14:paraId="1C881EC0" w14:textId="77777777" w:rsidR="0014559B" w:rsidRPr="008841D5" w:rsidRDefault="00000000">
            <w:pPr>
              <w:spacing w:after="0"/>
              <w:rPr>
                <w:lang w:val="af-ZA"/>
              </w:rPr>
            </w:pPr>
            <w:r w:rsidRPr="008841D5">
              <w:rPr>
                <w:b/>
                <w:lang w:val="af-ZA"/>
              </w:rPr>
              <w:t>Skrifverwysing</w:t>
            </w:r>
          </w:p>
        </w:tc>
      </w:tr>
      <w:tr w:rsidR="0014559B" w:rsidRPr="008841D5" w14:paraId="326F6E5F" w14:textId="77777777" w:rsidTr="008B0CE3">
        <w:tc>
          <w:tcPr>
            <w:tcW w:w="4896" w:type="dxa"/>
            <w:tcMar>
              <w:top w:w="70" w:type="dxa"/>
              <w:left w:w="110" w:type="dxa"/>
              <w:bottom w:w="70" w:type="dxa"/>
              <w:right w:w="110" w:type="dxa"/>
            </w:tcMar>
            <w:vAlign w:val="center"/>
          </w:tcPr>
          <w:p w14:paraId="6C0A58BC" w14:textId="5BF5BB81" w:rsidR="0014559B" w:rsidRPr="008841D5" w:rsidRDefault="00FA1B16" w:rsidP="00FA1B16">
            <w:pPr>
              <w:spacing w:after="0"/>
              <w:rPr>
                <w:lang w:val="af-ZA"/>
              </w:rPr>
            </w:pPr>
            <w:r w:rsidRPr="008841D5">
              <w:rPr>
                <w:lang w:val="af-ZA"/>
              </w:rPr>
              <w:t xml:space="preserve">Die </w:t>
            </w:r>
            <w:r w:rsidRPr="008841D5">
              <w:rPr>
                <w:b/>
                <w:bCs/>
                <w:lang w:val="af-ZA"/>
              </w:rPr>
              <w:t>gees agter die woorde</w:t>
            </w:r>
          </w:p>
        </w:tc>
        <w:tc>
          <w:tcPr>
            <w:tcW w:w="4896" w:type="dxa"/>
            <w:tcMar>
              <w:top w:w="70" w:type="dxa"/>
              <w:left w:w="110" w:type="dxa"/>
              <w:bottom w:w="70" w:type="dxa"/>
              <w:right w:w="110" w:type="dxa"/>
            </w:tcMar>
            <w:vAlign w:val="center"/>
          </w:tcPr>
          <w:p w14:paraId="63FB155D" w14:textId="77777777" w:rsidR="0014559B" w:rsidRPr="008841D5" w:rsidRDefault="00000000">
            <w:pPr>
              <w:spacing w:after="0"/>
              <w:rPr>
                <w:lang w:val="af-ZA"/>
              </w:rPr>
            </w:pPr>
            <w:r w:rsidRPr="008841D5">
              <w:rPr>
                <w:lang w:val="af-ZA"/>
              </w:rPr>
              <w:t>Hand 16:16</w:t>
            </w:r>
          </w:p>
        </w:tc>
      </w:tr>
      <w:tr w:rsidR="008B0CE3" w:rsidRPr="008841D5" w14:paraId="6C78FA1B" w14:textId="77777777" w:rsidTr="008B0CE3">
        <w:tc>
          <w:tcPr>
            <w:tcW w:w="9792" w:type="dxa"/>
            <w:gridSpan w:val="2"/>
            <w:tcMar>
              <w:top w:w="70" w:type="dxa"/>
              <w:left w:w="110" w:type="dxa"/>
              <w:bottom w:w="70" w:type="dxa"/>
              <w:right w:w="110" w:type="dxa"/>
            </w:tcMar>
            <w:vAlign w:val="center"/>
          </w:tcPr>
          <w:p w14:paraId="2D17287C" w14:textId="0CD44580" w:rsidR="008B0CE3" w:rsidRPr="008841D5" w:rsidRDefault="00712B23" w:rsidP="00CA36F8">
            <w:pPr>
              <w:spacing w:after="0"/>
              <w:ind w:left="454"/>
              <w:rPr>
                <w:lang w:val="af-ZA"/>
              </w:rPr>
            </w:pPr>
            <w:r w:rsidRPr="008841D5">
              <w:rPr>
                <w:i/>
                <w:lang w:val="af-ZA"/>
              </w:rPr>
              <w:t xml:space="preserve">En terwyl ons op pad was na die </w:t>
            </w:r>
            <w:proofErr w:type="spellStart"/>
            <w:r w:rsidRPr="008841D5">
              <w:rPr>
                <w:i/>
                <w:lang w:val="af-ZA"/>
              </w:rPr>
              <w:t>bidplek</w:t>
            </w:r>
            <w:proofErr w:type="spellEnd"/>
            <w:r w:rsidRPr="008841D5">
              <w:rPr>
                <w:i/>
                <w:lang w:val="af-ZA"/>
              </w:rPr>
              <w:t xml:space="preserve">, </w:t>
            </w:r>
            <w:r w:rsidRPr="008841D5">
              <w:rPr>
                <w:b/>
                <w:bCs/>
                <w:i/>
                <w:lang w:val="af-ZA"/>
              </w:rPr>
              <w:t xml:space="preserve">kom ’n slavin met ’n </w:t>
            </w:r>
            <w:proofErr w:type="spellStart"/>
            <w:r w:rsidRPr="008841D5">
              <w:rPr>
                <w:b/>
                <w:bCs/>
                <w:i/>
                <w:lang w:val="af-ZA"/>
              </w:rPr>
              <w:t>waarsêende</w:t>
            </w:r>
            <w:proofErr w:type="spellEnd"/>
            <w:r w:rsidRPr="008841D5">
              <w:rPr>
                <w:b/>
                <w:bCs/>
                <w:i/>
                <w:lang w:val="af-ZA"/>
              </w:rPr>
              <w:t xml:space="preserve"> gees </w:t>
            </w:r>
            <w:r w:rsidRPr="008841D5">
              <w:rPr>
                <w:i/>
                <w:lang w:val="af-ZA"/>
              </w:rPr>
              <w:t>ons teë, wat vir haar eienaars deur waarsêery groot wins ingebring het. Sy het Paulus en ons gevolg en geskreeu en gesê: Hierdie manne is dienaars van God, die Allerhoogste, en hulle verkondig aan julle die weg van verlossing. En dit het sy baie dae lank gedoen; maar baie ontevrede daaroor, het Paulus hom omgedraai en vir die gees gesê: Ek beveel jou in die Naam van Jesus Christus om uit haar uit te gaan. En hy het op dieselfde oomblik uitgegaan.</w:t>
            </w:r>
          </w:p>
        </w:tc>
      </w:tr>
    </w:tbl>
    <w:p w14:paraId="68281308" w14:textId="224359AF" w:rsidR="0014559B" w:rsidRPr="008841D5" w:rsidRDefault="0014559B" w:rsidP="00442811">
      <w:pPr>
        <w:spacing w:after="140"/>
        <w:ind w:right="216"/>
        <w:rPr>
          <w:lang w:val="af-ZA"/>
        </w:rPr>
      </w:pPr>
    </w:p>
    <w:tbl>
      <w:tblPr>
        <w:tblStyle w:val="TableGrid"/>
        <w:tblW w:w="9792" w:type="dxa"/>
        <w:tblLayout w:type="fixed"/>
        <w:tblLook w:val="04A0" w:firstRow="1" w:lastRow="0" w:firstColumn="1" w:lastColumn="0" w:noHBand="0" w:noVBand="1"/>
      </w:tblPr>
      <w:tblGrid>
        <w:gridCol w:w="4896"/>
        <w:gridCol w:w="4896"/>
      </w:tblGrid>
      <w:tr w:rsidR="0014559B" w:rsidRPr="008841D5" w14:paraId="0BCEA659" w14:textId="77777777" w:rsidTr="008B0CE3">
        <w:tc>
          <w:tcPr>
            <w:tcW w:w="4896" w:type="dxa"/>
            <w:shd w:val="clear" w:color="auto" w:fill="E8EEF5"/>
            <w:tcMar>
              <w:top w:w="70" w:type="dxa"/>
              <w:left w:w="110" w:type="dxa"/>
              <w:bottom w:w="70" w:type="dxa"/>
              <w:right w:w="110" w:type="dxa"/>
            </w:tcMar>
            <w:vAlign w:val="center"/>
          </w:tcPr>
          <w:p w14:paraId="646EFAF0" w14:textId="77777777" w:rsidR="0014559B" w:rsidRPr="008841D5" w:rsidRDefault="00000000">
            <w:pPr>
              <w:spacing w:after="0"/>
              <w:rPr>
                <w:lang w:val="af-ZA"/>
              </w:rPr>
            </w:pPr>
            <w:r w:rsidRPr="008841D5">
              <w:rPr>
                <w:b/>
                <w:lang w:val="af-ZA"/>
              </w:rPr>
              <w:t>Item</w:t>
            </w:r>
          </w:p>
        </w:tc>
        <w:tc>
          <w:tcPr>
            <w:tcW w:w="4896" w:type="dxa"/>
            <w:shd w:val="clear" w:color="auto" w:fill="E8EEF5"/>
            <w:tcMar>
              <w:top w:w="70" w:type="dxa"/>
              <w:left w:w="110" w:type="dxa"/>
              <w:bottom w:w="70" w:type="dxa"/>
              <w:right w:w="110" w:type="dxa"/>
            </w:tcMar>
            <w:vAlign w:val="center"/>
          </w:tcPr>
          <w:p w14:paraId="109DABA6" w14:textId="77777777" w:rsidR="0014559B" w:rsidRPr="008841D5" w:rsidRDefault="00000000">
            <w:pPr>
              <w:spacing w:after="0"/>
              <w:rPr>
                <w:lang w:val="af-ZA"/>
              </w:rPr>
            </w:pPr>
            <w:r w:rsidRPr="008841D5">
              <w:rPr>
                <w:b/>
                <w:lang w:val="af-ZA"/>
              </w:rPr>
              <w:t>Skrifverwysing</w:t>
            </w:r>
          </w:p>
        </w:tc>
      </w:tr>
      <w:tr w:rsidR="0014559B" w:rsidRPr="008841D5" w14:paraId="243EF7D9" w14:textId="77777777" w:rsidTr="008B0CE3">
        <w:tc>
          <w:tcPr>
            <w:tcW w:w="4896" w:type="dxa"/>
            <w:tcMar>
              <w:top w:w="70" w:type="dxa"/>
              <w:left w:w="110" w:type="dxa"/>
              <w:bottom w:w="70" w:type="dxa"/>
              <w:right w:w="110" w:type="dxa"/>
            </w:tcMar>
            <w:vAlign w:val="center"/>
          </w:tcPr>
          <w:p w14:paraId="11D049CD" w14:textId="68CDBB29" w:rsidR="0014559B" w:rsidRPr="008841D5" w:rsidRDefault="00FA1B16">
            <w:pPr>
              <w:spacing w:after="0"/>
              <w:rPr>
                <w:lang w:val="af-ZA"/>
              </w:rPr>
            </w:pPr>
            <w:r w:rsidRPr="008841D5">
              <w:rPr>
                <w:lang w:val="af-ZA"/>
              </w:rPr>
              <w:t xml:space="preserve">Die gees </w:t>
            </w:r>
            <w:r w:rsidRPr="008841D5">
              <w:rPr>
                <w:b/>
                <w:bCs/>
                <w:lang w:val="af-ZA"/>
              </w:rPr>
              <w:t>agter die lering</w:t>
            </w:r>
          </w:p>
        </w:tc>
        <w:tc>
          <w:tcPr>
            <w:tcW w:w="4896" w:type="dxa"/>
            <w:tcMar>
              <w:top w:w="70" w:type="dxa"/>
              <w:left w:w="110" w:type="dxa"/>
              <w:bottom w:w="70" w:type="dxa"/>
              <w:right w:w="110" w:type="dxa"/>
            </w:tcMar>
            <w:vAlign w:val="center"/>
          </w:tcPr>
          <w:p w14:paraId="7EABEA0D" w14:textId="77777777" w:rsidR="0014559B" w:rsidRPr="008841D5" w:rsidRDefault="00000000">
            <w:pPr>
              <w:spacing w:after="0"/>
              <w:rPr>
                <w:lang w:val="af-ZA"/>
              </w:rPr>
            </w:pPr>
            <w:r w:rsidRPr="008841D5">
              <w:rPr>
                <w:lang w:val="af-ZA"/>
              </w:rPr>
              <w:t>1 Tim 4:1,2</w:t>
            </w:r>
          </w:p>
        </w:tc>
      </w:tr>
      <w:tr w:rsidR="008B0CE3" w:rsidRPr="008841D5" w14:paraId="7744C57A" w14:textId="77777777" w:rsidTr="008B0CE3">
        <w:tc>
          <w:tcPr>
            <w:tcW w:w="9792" w:type="dxa"/>
            <w:gridSpan w:val="2"/>
            <w:tcMar>
              <w:top w:w="70" w:type="dxa"/>
              <w:left w:w="110" w:type="dxa"/>
              <w:bottom w:w="70" w:type="dxa"/>
              <w:right w:w="110" w:type="dxa"/>
            </w:tcMar>
            <w:vAlign w:val="center"/>
          </w:tcPr>
          <w:p w14:paraId="781FCE93" w14:textId="2D963853" w:rsidR="008B0CE3" w:rsidRPr="008841D5" w:rsidRDefault="00CA36F8" w:rsidP="00CA36F8">
            <w:pPr>
              <w:spacing w:after="0"/>
              <w:ind w:left="454"/>
              <w:rPr>
                <w:lang w:val="af-ZA"/>
              </w:rPr>
            </w:pPr>
            <w:r w:rsidRPr="008841D5">
              <w:rPr>
                <w:i/>
                <w:lang w:val="af-ZA"/>
              </w:rPr>
              <w:t>Maar</w:t>
            </w:r>
            <w:r w:rsidR="00712B23" w:rsidRPr="008841D5">
              <w:rPr>
                <w:i/>
                <w:lang w:val="af-ZA"/>
              </w:rPr>
              <w:t xml:space="preserve"> die Gees sê uitdruklik dat in die laaste tye sommige van die geloof </w:t>
            </w:r>
            <w:r w:rsidR="00712B23" w:rsidRPr="008841D5">
              <w:rPr>
                <w:b/>
                <w:bCs/>
                <w:i/>
                <w:lang w:val="af-ZA"/>
              </w:rPr>
              <w:t>afvallig</w:t>
            </w:r>
            <w:r w:rsidR="00712B23" w:rsidRPr="008841D5">
              <w:rPr>
                <w:i/>
                <w:lang w:val="af-ZA"/>
              </w:rPr>
              <w:t xml:space="preserve"> sal word </w:t>
            </w:r>
            <w:r w:rsidR="00712B23" w:rsidRPr="008841D5">
              <w:rPr>
                <w:b/>
                <w:bCs/>
                <w:i/>
                <w:lang w:val="af-ZA"/>
              </w:rPr>
              <w:t>en verleidende geeste en leringe van duiwels sal aanhang</w:t>
            </w:r>
            <w:r w:rsidR="00712B23" w:rsidRPr="008841D5">
              <w:rPr>
                <w:i/>
                <w:lang w:val="af-ZA"/>
              </w:rPr>
              <w:t xml:space="preserve"> deur die geveinsdheid van leuenaars wat gebrandmerk is in hulle eie gewete,</w:t>
            </w:r>
          </w:p>
        </w:tc>
      </w:tr>
    </w:tbl>
    <w:p w14:paraId="70A2F5B0" w14:textId="0E5A172F" w:rsidR="0014559B" w:rsidRPr="008841D5" w:rsidRDefault="0014559B" w:rsidP="00442811">
      <w:pPr>
        <w:spacing w:after="140"/>
        <w:ind w:right="216"/>
        <w:rPr>
          <w:lang w:val="af-ZA"/>
        </w:rPr>
      </w:pPr>
    </w:p>
    <w:tbl>
      <w:tblPr>
        <w:tblStyle w:val="TableGrid"/>
        <w:tblW w:w="9792" w:type="dxa"/>
        <w:tblLayout w:type="fixed"/>
        <w:tblLook w:val="04A0" w:firstRow="1" w:lastRow="0" w:firstColumn="1" w:lastColumn="0" w:noHBand="0" w:noVBand="1"/>
      </w:tblPr>
      <w:tblGrid>
        <w:gridCol w:w="4896"/>
        <w:gridCol w:w="4896"/>
      </w:tblGrid>
      <w:tr w:rsidR="0014559B" w:rsidRPr="008841D5" w14:paraId="552FD1A3" w14:textId="77777777" w:rsidTr="008B0CE3">
        <w:tc>
          <w:tcPr>
            <w:tcW w:w="4896" w:type="dxa"/>
            <w:shd w:val="clear" w:color="auto" w:fill="E8EEF5"/>
            <w:tcMar>
              <w:top w:w="70" w:type="dxa"/>
              <w:left w:w="110" w:type="dxa"/>
              <w:bottom w:w="70" w:type="dxa"/>
              <w:right w:w="110" w:type="dxa"/>
            </w:tcMar>
            <w:vAlign w:val="center"/>
          </w:tcPr>
          <w:p w14:paraId="36B86423" w14:textId="77777777" w:rsidR="0014559B" w:rsidRPr="008841D5" w:rsidRDefault="00000000">
            <w:pPr>
              <w:spacing w:after="0"/>
              <w:rPr>
                <w:lang w:val="af-ZA"/>
              </w:rPr>
            </w:pPr>
            <w:r w:rsidRPr="008841D5">
              <w:rPr>
                <w:b/>
                <w:lang w:val="af-ZA"/>
              </w:rPr>
              <w:t>Item</w:t>
            </w:r>
          </w:p>
        </w:tc>
        <w:tc>
          <w:tcPr>
            <w:tcW w:w="4896" w:type="dxa"/>
            <w:shd w:val="clear" w:color="auto" w:fill="E8EEF5"/>
            <w:tcMar>
              <w:top w:w="70" w:type="dxa"/>
              <w:left w:w="110" w:type="dxa"/>
              <w:bottom w:w="70" w:type="dxa"/>
              <w:right w:w="110" w:type="dxa"/>
            </w:tcMar>
            <w:vAlign w:val="center"/>
          </w:tcPr>
          <w:p w14:paraId="5AE66EA7" w14:textId="77777777" w:rsidR="0014559B" w:rsidRPr="008841D5" w:rsidRDefault="00000000">
            <w:pPr>
              <w:spacing w:after="0"/>
              <w:rPr>
                <w:lang w:val="af-ZA"/>
              </w:rPr>
            </w:pPr>
            <w:r w:rsidRPr="008841D5">
              <w:rPr>
                <w:b/>
                <w:lang w:val="af-ZA"/>
              </w:rPr>
              <w:t>Skrifverwysing</w:t>
            </w:r>
          </w:p>
        </w:tc>
      </w:tr>
      <w:tr w:rsidR="0014559B" w:rsidRPr="008841D5" w14:paraId="6E779EF5" w14:textId="77777777" w:rsidTr="008B0CE3">
        <w:tc>
          <w:tcPr>
            <w:tcW w:w="4896" w:type="dxa"/>
            <w:tcMar>
              <w:top w:w="70" w:type="dxa"/>
              <w:left w:w="110" w:type="dxa"/>
              <w:bottom w:w="70" w:type="dxa"/>
              <w:right w:w="110" w:type="dxa"/>
            </w:tcMar>
            <w:vAlign w:val="center"/>
          </w:tcPr>
          <w:p w14:paraId="268A334E" w14:textId="193DAA09" w:rsidR="0014559B" w:rsidRPr="008841D5" w:rsidRDefault="00FA1B16">
            <w:pPr>
              <w:spacing w:after="0"/>
              <w:rPr>
                <w:lang w:val="af-ZA"/>
              </w:rPr>
            </w:pPr>
            <w:r w:rsidRPr="008841D5">
              <w:rPr>
                <w:lang w:val="af-ZA"/>
              </w:rPr>
              <w:t xml:space="preserve">Ware en valse </w:t>
            </w:r>
            <w:r w:rsidRPr="008841D5">
              <w:rPr>
                <w:b/>
                <w:bCs/>
                <w:lang w:val="af-ZA"/>
              </w:rPr>
              <w:t>geestelike invloed</w:t>
            </w:r>
          </w:p>
        </w:tc>
        <w:tc>
          <w:tcPr>
            <w:tcW w:w="4896" w:type="dxa"/>
            <w:tcMar>
              <w:top w:w="70" w:type="dxa"/>
              <w:left w:w="110" w:type="dxa"/>
              <w:bottom w:w="70" w:type="dxa"/>
              <w:right w:w="110" w:type="dxa"/>
            </w:tcMar>
            <w:vAlign w:val="center"/>
          </w:tcPr>
          <w:p w14:paraId="1EDF100E" w14:textId="77777777" w:rsidR="0014559B" w:rsidRPr="008841D5" w:rsidRDefault="00000000">
            <w:pPr>
              <w:spacing w:after="0"/>
              <w:rPr>
                <w:lang w:val="af-ZA"/>
              </w:rPr>
            </w:pPr>
            <w:r w:rsidRPr="008841D5">
              <w:rPr>
                <w:lang w:val="af-ZA"/>
              </w:rPr>
              <w:t>1 Joh. 4:1-4</w:t>
            </w:r>
          </w:p>
        </w:tc>
      </w:tr>
      <w:tr w:rsidR="008B0CE3" w:rsidRPr="008841D5" w14:paraId="7B98A9B9" w14:textId="77777777" w:rsidTr="008B0CE3">
        <w:tc>
          <w:tcPr>
            <w:tcW w:w="9792" w:type="dxa"/>
            <w:gridSpan w:val="2"/>
            <w:tcMar>
              <w:top w:w="70" w:type="dxa"/>
              <w:left w:w="110" w:type="dxa"/>
              <w:bottom w:w="70" w:type="dxa"/>
              <w:right w:w="110" w:type="dxa"/>
            </w:tcMar>
            <w:vAlign w:val="center"/>
          </w:tcPr>
          <w:p w14:paraId="2458BEB3" w14:textId="5E9001F8" w:rsidR="008B0CE3" w:rsidRPr="008841D5" w:rsidRDefault="00CA36F8" w:rsidP="00CA36F8">
            <w:pPr>
              <w:spacing w:after="140"/>
              <w:ind w:left="454" w:right="216"/>
              <w:rPr>
                <w:lang w:val="af-ZA"/>
              </w:rPr>
            </w:pPr>
            <w:r w:rsidRPr="008841D5">
              <w:rPr>
                <w:i/>
                <w:lang w:val="af-ZA"/>
              </w:rPr>
              <w:t>Geliefdes</w:t>
            </w:r>
            <w:r w:rsidR="00712B23" w:rsidRPr="008841D5">
              <w:rPr>
                <w:i/>
                <w:lang w:val="af-ZA"/>
              </w:rPr>
              <w:t xml:space="preserve">, glo nie elke gees nie, </w:t>
            </w:r>
            <w:r w:rsidR="00712B23" w:rsidRPr="008841D5">
              <w:rPr>
                <w:b/>
                <w:bCs/>
                <w:i/>
                <w:lang w:val="af-ZA"/>
              </w:rPr>
              <w:t>maar stel die geeste op die proef</w:t>
            </w:r>
            <w:r w:rsidR="00712B23" w:rsidRPr="008841D5">
              <w:rPr>
                <w:i/>
                <w:lang w:val="af-ZA"/>
              </w:rPr>
              <w:t xml:space="preserve"> of hulle uit God is, want baie valse profete het in die wêreld uitgegaan. Hieraan ken julle die Gees van God: elke gees wat bely dat Jesus Christus in die vlees gekom het, is uit God; en elke gees wat nie bely dat </w:t>
            </w:r>
            <w:r w:rsidR="00712B23" w:rsidRPr="008841D5">
              <w:rPr>
                <w:b/>
                <w:bCs/>
                <w:i/>
                <w:lang w:val="af-ZA"/>
              </w:rPr>
              <w:t>Jesus Christus in die vlees</w:t>
            </w:r>
            <w:r w:rsidR="00712B23" w:rsidRPr="008841D5">
              <w:rPr>
                <w:i/>
                <w:lang w:val="af-ZA"/>
              </w:rPr>
              <w:t xml:space="preserve"> gekom het nie, is nie uit God nie; en dit is die gees van die Antichris waarvan julle gehoor het dat hy kom, en hy is nou al in die wêreld. Julle is uit God, my kinders, en het hulle oorwin, omdat Hy wat in julle is, groter is as hy wat in die wêreld is.</w:t>
            </w:r>
          </w:p>
        </w:tc>
      </w:tr>
    </w:tbl>
    <w:p w14:paraId="0570B76D" w14:textId="49658E99" w:rsidR="0014559B" w:rsidRPr="008841D5" w:rsidRDefault="00000000">
      <w:pPr>
        <w:pStyle w:val="Heading2"/>
        <w:rPr>
          <w:lang w:val="af-ZA"/>
        </w:rPr>
      </w:pPr>
      <w:r w:rsidRPr="008841D5">
        <w:rPr>
          <w:lang w:val="af-ZA"/>
        </w:rPr>
        <w:lastRenderedPageBreak/>
        <w:t>Oefen die gawes</w:t>
      </w:r>
    </w:p>
    <w:tbl>
      <w:tblPr>
        <w:tblStyle w:val="TableGrid"/>
        <w:tblW w:w="9792" w:type="dxa"/>
        <w:tblLayout w:type="fixed"/>
        <w:tblLook w:val="04A0" w:firstRow="1" w:lastRow="0" w:firstColumn="1" w:lastColumn="0" w:noHBand="0" w:noVBand="1"/>
      </w:tblPr>
      <w:tblGrid>
        <w:gridCol w:w="4896"/>
        <w:gridCol w:w="4896"/>
      </w:tblGrid>
      <w:tr w:rsidR="0014559B" w:rsidRPr="008841D5" w14:paraId="4DC9341D" w14:textId="77777777" w:rsidTr="008B0CE3">
        <w:tc>
          <w:tcPr>
            <w:tcW w:w="4896" w:type="dxa"/>
            <w:shd w:val="clear" w:color="auto" w:fill="E8EEF5"/>
            <w:tcMar>
              <w:top w:w="70" w:type="dxa"/>
              <w:left w:w="110" w:type="dxa"/>
              <w:bottom w:w="70" w:type="dxa"/>
              <w:right w:w="110" w:type="dxa"/>
            </w:tcMar>
            <w:vAlign w:val="center"/>
          </w:tcPr>
          <w:p w14:paraId="5039965B" w14:textId="77777777" w:rsidR="0014559B" w:rsidRPr="008841D5" w:rsidRDefault="00000000">
            <w:pPr>
              <w:spacing w:after="0"/>
              <w:rPr>
                <w:lang w:val="af-ZA"/>
              </w:rPr>
            </w:pPr>
            <w:r w:rsidRPr="008841D5">
              <w:rPr>
                <w:b/>
                <w:lang w:val="af-ZA"/>
              </w:rPr>
              <w:t>Item</w:t>
            </w:r>
          </w:p>
        </w:tc>
        <w:tc>
          <w:tcPr>
            <w:tcW w:w="4896" w:type="dxa"/>
            <w:shd w:val="clear" w:color="auto" w:fill="E8EEF5"/>
            <w:tcMar>
              <w:top w:w="70" w:type="dxa"/>
              <w:left w:w="110" w:type="dxa"/>
              <w:bottom w:w="70" w:type="dxa"/>
              <w:right w:w="110" w:type="dxa"/>
            </w:tcMar>
            <w:vAlign w:val="center"/>
          </w:tcPr>
          <w:p w14:paraId="4C49FF05" w14:textId="77777777" w:rsidR="0014559B" w:rsidRPr="008841D5" w:rsidRDefault="00000000">
            <w:pPr>
              <w:spacing w:after="0"/>
              <w:rPr>
                <w:lang w:val="af-ZA"/>
              </w:rPr>
            </w:pPr>
            <w:r w:rsidRPr="008841D5">
              <w:rPr>
                <w:b/>
                <w:lang w:val="af-ZA"/>
              </w:rPr>
              <w:t>Skrifverwysing</w:t>
            </w:r>
          </w:p>
        </w:tc>
      </w:tr>
      <w:tr w:rsidR="0014559B" w:rsidRPr="008841D5" w14:paraId="78FAF3C3" w14:textId="77777777" w:rsidTr="008B0CE3">
        <w:tc>
          <w:tcPr>
            <w:tcW w:w="4896" w:type="dxa"/>
            <w:tcMar>
              <w:top w:w="70" w:type="dxa"/>
              <w:left w:w="110" w:type="dxa"/>
              <w:bottom w:w="70" w:type="dxa"/>
              <w:right w:w="110" w:type="dxa"/>
            </w:tcMar>
            <w:vAlign w:val="center"/>
          </w:tcPr>
          <w:p w14:paraId="3AE11972" w14:textId="1A482677" w:rsidR="0014559B" w:rsidRPr="008841D5" w:rsidRDefault="00000000">
            <w:pPr>
              <w:spacing w:after="0"/>
              <w:rPr>
                <w:lang w:val="af-ZA"/>
              </w:rPr>
            </w:pPr>
            <w:r w:rsidRPr="008841D5">
              <w:rPr>
                <w:lang w:val="af-ZA"/>
              </w:rPr>
              <w:t>Die salwing</w:t>
            </w:r>
            <w:r w:rsidR="00CA36F8" w:rsidRPr="008841D5">
              <w:rPr>
                <w:lang w:val="af-ZA"/>
              </w:rPr>
              <w:t xml:space="preserve"> leër</w:t>
            </w:r>
          </w:p>
        </w:tc>
        <w:tc>
          <w:tcPr>
            <w:tcW w:w="4896" w:type="dxa"/>
            <w:tcMar>
              <w:top w:w="70" w:type="dxa"/>
              <w:left w:w="110" w:type="dxa"/>
              <w:bottom w:w="70" w:type="dxa"/>
              <w:right w:w="110" w:type="dxa"/>
            </w:tcMar>
            <w:vAlign w:val="center"/>
          </w:tcPr>
          <w:p w14:paraId="689A0D3E" w14:textId="77777777" w:rsidR="0014559B" w:rsidRPr="008841D5" w:rsidRDefault="00000000">
            <w:pPr>
              <w:spacing w:after="0"/>
              <w:rPr>
                <w:lang w:val="af-ZA"/>
              </w:rPr>
            </w:pPr>
            <w:r w:rsidRPr="008841D5">
              <w:rPr>
                <w:lang w:val="af-ZA"/>
              </w:rPr>
              <w:t>1 John 2:26-27</w:t>
            </w:r>
          </w:p>
        </w:tc>
      </w:tr>
      <w:tr w:rsidR="008B0CE3" w:rsidRPr="008841D5" w14:paraId="58DA6C84" w14:textId="77777777" w:rsidTr="008B0CE3">
        <w:tc>
          <w:tcPr>
            <w:tcW w:w="9792" w:type="dxa"/>
            <w:gridSpan w:val="2"/>
            <w:tcMar>
              <w:top w:w="70" w:type="dxa"/>
              <w:left w:w="110" w:type="dxa"/>
              <w:bottom w:w="70" w:type="dxa"/>
              <w:right w:w="110" w:type="dxa"/>
            </w:tcMar>
            <w:vAlign w:val="center"/>
          </w:tcPr>
          <w:p w14:paraId="2AB4101A" w14:textId="2856C51C" w:rsidR="008B0CE3" w:rsidRPr="008841D5" w:rsidRDefault="00712B23" w:rsidP="00712B23">
            <w:pPr>
              <w:spacing w:after="140"/>
              <w:ind w:left="461" w:right="216"/>
              <w:rPr>
                <w:lang w:val="af-ZA"/>
              </w:rPr>
            </w:pPr>
            <w:r w:rsidRPr="008841D5">
              <w:rPr>
                <w:i/>
                <w:lang w:val="af-ZA"/>
              </w:rPr>
              <w:t>Dit het ek aan julle geskrywe met betrekking tot die wat julle mislei. En die salwing wat julle van Hom ontvang het, bly in julle, en julle het nie nodig dat iemand julle leer nie; maar soos dieselfde salwing julle aangaande alles leer, so is dit ook waar en geen leuen nie; en soos dié julle geleer het, so moet julle in Hom bly.</w:t>
            </w:r>
          </w:p>
        </w:tc>
      </w:tr>
    </w:tbl>
    <w:p w14:paraId="59CFC2EA" w14:textId="51E2B94C" w:rsidR="0014559B" w:rsidRPr="008841D5" w:rsidRDefault="0014559B">
      <w:pPr>
        <w:rPr>
          <w:lang w:val="af-ZA"/>
        </w:rPr>
      </w:pPr>
    </w:p>
    <w:tbl>
      <w:tblPr>
        <w:tblStyle w:val="TableGrid"/>
        <w:tblW w:w="9792" w:type="dxa"/>
        <w:tblLayout w:type="fixed"/>
        <w:tblLook w:val="04A0" w:firstRow="1" w:lastRow="0" w:firstColumn="1" w:lastColumn="0" w:noHBand="0" w:noVBand="1"/>
      </w:tblPr>
      <w:tblGrid>
        <w:gridCol w:w="4896"/>
        <w:gridCol w:w="4896"/>
      </w:tblGrid>
      <w:tr w:rsidR="0014559B" w:rsidRPr="008841D5" w14:paraId="355C7BE1" w14:textId="77777777" w:rsidTr="008B0CE3">
        <w:tc>
          <w:tcPr>
            <w:tcW w:w="4896" w:type="dxa"/>
            <w:shd w:val="clear" w:color="auto" w:fill="E8EEF5"/>
            <w:tcMar>
              <w:top w:w="70" w:type="dxa"/>
              <w:left w:w="110" w:type="dxa"/>
              <w:bottom w:w="70" w:type="dxa"/>
              <w:right w:w="110" w:type="dxa"/>
            </w:tcMar>
            <w:vAlign w:val="center"/>
          </w:tcPr>
          <w:p w14:paraId="127567D9" w14:textId="77777777" w:rsidR="0014559B" w:rsidRPr="008841D5" w:rsidRDefault="00000000">
            <w:pPr>
              <w:spacing w:after="0"/>
              <w:rPr>
                <w:lang w:val="af-ZA"/>
              </w:rPr>
            </w:pPr>
            <w:r w:rsidRPr="008841D5">
              <w:rPr>
                <w:b/>
                <w:lang w:val="af-ZA"/>
              </w:rPr>
              <w:t>Item</w:t>
            </w:r>
          </w:p>
        </w:tc>
        <w:tc>
          <w:tcPr>
            <w:tcW w:w="4896" w:type="dxa"/>
            <w:shd w:val="clear" w:color="auto" w:fill="E8EEF5"/>
            <w:tcMar>
              <w:top w:w="70" w:type="dxa"/>
              <w:left w:w="110" w:type="dxa"/>
              <w:bottom w:w="70" w:type="dxa"/>
              <w:right w:w="110" w:type="dxa"/>
            </w:tcMar>
            <w:vAlign w:val="center"/>
          </w:tcPr>
          <w:p w14:paraId="3D1DA555" w14:textId="77777777" w:rsidR="0014559B" w:rsidRPr="008841D5" w:rsidRDefault="00000000">
            <w:pPr>
              <w:spacing w:after="0"/>
              <w:rPr>
                <w:lang w:val="af-ZA"/>
              </w:rPr>
            </w:pPr>
            <w:r w:rsidRPr="008841D5">
              <w:rPr>
                <w:b/>
                <w:lang w:val="af-ZA"/>
              </w:rPr>
              <w:t>Skrifverwysing</w:t>
            </w:r>
          </w:p>
        </w:tc>
      </w:tr>
      <w:tr w:rsidR="0014559B" w:rsidRPr="008841D5" w14:paraId="1E922229" w14:textId="77777777" w:rsidTr="008B0CE3">
        <w:tc>
          <w:tcPr>
            <w:tcW w:w="4896" w:type="dxa"/>
            <w:tcMar>
              <w:top w:w="70" w:type="dxa"/>
              <w:left w:w="110" w:type="dxa"/>
              <w:bottom w:w="70" w:type="dxa"/>
              <w:right w:w="110" w:type="dxa"/>
            </w:tcMar>
            <w:vAlign w:val="center"/>
          </w:tcPr>
          <w:p w14:paraId="380943F3" w14:textId="77777777" w:rsidR="0014559B" w:rsidRPr="008841D5" w:rsidRDefault="00000000">
            <w:pPr>
              <w:spacing w:after="0"/>
              <w:rPr>
                <w:lang w:val="af-ZA"/>
              </w:rPr>
            </w:pPr>
            <w:r w:rsidRPr="008841D5">
              <w:rPr>
                <w:lang w:val="af-ZA"/>
              </w:rPr>
              <w:t>Dien mekaar</w:t>
            </w:r>
          </w:p>
        </w:tc>
        <w:tc>
          <w:tcPr>
            <w:tcW w:w="4896" w:type="dxa"/>
            <w:tcMar>
              <w:top w:w="70" w:type="dxa"/>
              <w:left w:w="110" w:type="dxa"/>
              <w:bottom w:w="70" w:type="dxa"/>
              <w:right w:w="110" w:type="dxa"/>
            </w:tcMar>
            <w:vAlign w:val="center"/>
          </w:tcPr>
          <w:p w14:paraId="5680999E" w14:textId="77777777" w:rsidR="0014559B" w:rsidRPr="008841D5" w:rsidRDefault="00000000">
            <w:pPr>
              <w:spacing w:after="0"/>
              <w:rPr>
                <w:lang w:val="af-ZA"/>
              </w:rPr>
            </w:pPr>
            <w:r w:rsidRPr="008841D5">
              <w:rPr>
                <w:lang w:val="af-ZA"/>
              </w:rPr>
              <w:t>1 Peter 4:10-11</w:t>
            </w:r>
          </w:p>
        </w:tc>
      </w:tr>
      <w:tr w:rsidR="008B0CE3" w:rsidRPr="008841D5" w14:paraId="6A0F04EC" w14:textId="77777777" w:rsidTr="008B0CE3">
        <w:tc>
          <w:tcPr>
            <w:tcW w:w="9792" w:type="dxa"/>
            <w:gridSpan w:val="2"/>
            <w:tcMar>
              <w:top w:w="70" w:type="dxa"/>
              <w:left w:w="110" w:type="dxa"/>
              <w:bottom w:w="70" w:type="dxa"/>
              <w:right w:w="110" w:type="dxa"/>
            </w:tcMar>
            <w:vAlign w:val="center"/>
          </w:tcPr>
          <w:p w14:paraId="4E81F133" w14:textId="2C70F5CA" w:rsidR="008B0CE3" w:rsidRPr="008841D5" w:rsidRDefault="00712B23" w:rsidP="00CA36F8">
            <w:pPr>
              <w:spacing w:after="0"/>
              <w:ind w:left="454"/>
              <w:rPr>
                <w:lang w:val="af-ZA"/>
              </w:rPr>
            </w:pPr>
            <w:r w:rsidRPr="008841D5">
              <w:rPr>
                <w:i/>
                <w:lang w:val="af-ZA"/>
              </w:rPr>
              <w:t>Namate elkeen ’n genadegawe ontvang het, moet julle mekaar daarmee dien soos goeie bedienaars van die veelvuldige genade van God. As iemand spreek, laat dit wees soos woorde van God; as iemand dien, laat dit wees soos uit die krag wat God verleen, sodat God in alles verheerlik kan word deur Jesus Christus, aan wie die heerlikheid en krag toekom tot in alle ewigheid. Amen.</w:t>
            </w:r>
          </w:p>
        </w:tc>
      </w:tr>
    </w:tbl>
    <w:p w14:paraId="6D9A196D" w14:textId="77777777" w:rsidR="0014559B" w:rsidRPr="008841D5" w:rsidRDefault="0014559B">
      <w:pPr>
        <w:spacing w:after="0"/>
        <w:rPr>
          <w:lang w:val="af-ZA"/>
        </w:rPr>
      </w:pPr>
    </w:p>
    <w:p w14:paraId="6DB1B378" w14:textId="01A227B4" w:rsidR="00E33512" w:rsidRPr="008841D5" w:rsidRDefault="00E33512" w:rsidP="00E33512">
      <w:pPr>
        <w:pStyle w:val="ListParagraph"/>
        <w:numPr>
          <w:ilvl w:val="0"/>
          <w:numId w:val="14"/>
        </w:numPr>
        <w:spacing w:after="0"/>
        <w:rPr>
          <w:lang w:val="af-ZA"/>
        </w:rPr>
      </w:pPr>
      <w:r w:rsidRPr="008841D5">
        <w:rPr>
          <w:lang w:val="af-ZA"/>
        </w:rPr>
        <w:t>Tot opbouing van die liggaam van Christus.</w:t>
      </w:r>
      <w:r w:rsidRPr="008841D5">
        <w:rPr>
          <w:lang w:val="af-ZA"/>
        </w:rPr>
        <w:tab/>
      </w:r>
      <w:r w:rsidRPr="008841D5">
        <w:rPr>
          <w:lang w:val="af-ZA"/>
        </w:rPr>
        <w:tab/>
      </w:r>
      <w:r w:rsidRPr="008841D5">
        <w:rPr>
          <w:lang w:val="af-ZA"/>
        </w:rPr>
        <w:tab/>
      </w:r>
      <w:r w:rsidRPr="008841D5">
        <w:rPr>
          <w:lang w:val="af-ZA"/>
        </w:rPr>
        <w:tab/>
      </w:r>
      <w:r w:rsidRPr="008841D5">
        <w:rPr>
          <w:lang w:val="af-ZA"/>
        </w:rPr>
        <w:tab/>
      </w:r>
    </w:p>
    <w:p w14:paraId="3AD84B0A" w14:textId="72106A47" w:rsidR="00E33512" w:rsidRPr="008841D5" w:rsidRDefault="00000000" w:rsidP="00E33512">
      <w:pPr>
        <w:pStyle w:val="ListParagraph"/>
        <w:numPr>
          <w:ilvl w:val="0"/>
          <w:numId w:val="14"/>
        </w:numPr>
        <w:spacing w:after="0"/>
        <w:rPr>
          <w:lang w:val="af-ZA"/>
        </w:rPr>
      </w:pPr>
      <w:r w:rsidRPr="008841D5">
        <w:rPr>
          <w:lang w:val="af-ZA"/>
        </w:rPr>
        <w:t xml:space="preserve">Diversiteit is </w:t>
      </w:r>
      <w:r w:rsidR="00712B23" w:rsidRPr="008841D5">
        <w:rPr>
          <w:lang w:val="af-ZA"/>
        </w:rPr>
        <w:t>intensioneel</w:t>
      </w:r>
      <w:r w:rsidRPr="008841D5">
        <w:rPr>
          <w:lang w:val="af-ZA"/>
        </w:rPr>
        <w:t xml:space="preserve"> - Selfde Gawe - </w:t>
      </w:r>
      <w:r w:rsidR="00712B23" w:rsidRPr="008841D5">
        <w:rPr>
          <w:lang w:val="af-ZA"/>
        </w:rPr>
        <w:t>verskillende</w:t>
      </w:r>
      <w:r w:rsidRPr="008841D5">
        <w:rPr>
          <w:lang w:val="af-ZA"/>
        </w:rPr>
        <w:t xml:space="preserve"> maniere van bediening</w:t>
      </w:r>
      <w:r w:rsidR="00E33512" w:rsidRPr="008841D5">
        <w:rPr>
          <w:lang w:val="af-ZA"/>
        </w:rPr>
        <w:t>.</w:t>
      </w:r>
    </w:p>
    <w:p w14:paraId="46184C59" w14:textId="77777777" w:rsidR="0014559B" w:rsidRPr="008841D5" w:rsidRDefault="00000000" w:rsidP="00E33512">
      <w:pPr>
        <w:pStyle w:val="ListParagraph"/>
        <w:numPr>
          <w:ilvl w:val="0"/>
          <w:numId w:val="14"/>
        </w:numPr>
        <w:rPr>
          <w:lang w:val="af-ZA"/>
        </w:rPr>
      </w:pPr>
      <w:r w:rsidRPr="008841D5">
        <w:rPr>
          <w:lang w:val="af-ZA"/>
        </w:rPr>
        <w:t>Sintuie van geloof. Hoe meer jy daardie sintuie beoefen, hoe makliker vloei jy daarin.</w:t>
      </w:r>
    </w:p>
    <w:sectPr w:rsidR="0014559B" w:rsidRPr="008841D5" w:rsidSect="000407B6">
      <w:pgSz w:w="11900" w:h="16820"/>
      <w:pgMar w:top="1224" w:right="1224" w:bottom="1224"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FDE857C8"/>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D6008D"/>
    <w:multiLevelType w:val="hybridMultilevel"/>
    <w:tmpl w:val="846A80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7FE4540"/>
    <w:multiLevelType w:val="hybridMultilevel"/>
    <w:tmpl w:val="846A80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0005452"/>
    <w:multiLevelType w:val="hybridMultilevel"/>
    <w:tmpl w:val="49546B2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BA6D24"/>
    <w:multiLevelType w:val="hybridMultilevel"/>
    <w:tmpl w:val="7E98173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03C56F0"/>
    <w:multiLevelType w:val="hybridMultilevel"/>
    <w:tmpl w:val="FA46FE46"/>
    <w:lvl w:ilvl="0" w:tplc="0809000F">
      <w:start w:val="1"/>
      <w:numFmt w:val="decimal"/>
      <w:lvlText w:val="%1."/>
      <w:lvlJc w:val="left"/>
      <w:pPr>
        <w:ind w:left="1181" w:hanging="360"/>
      </w:pPr>
    </w:lvl>
    <w:lvl w:ilvl="1" w:tplc="08090019" w:tentative="1">
      <w:start w:val="1"/>
      <w:numFmt w:val="lowerLetter"/>
      <w:lvlText w:val="%2."/>
      <w:lvlJc w:val="left"/>
      <w:pPr>
        <w:ind w:left="1901" w:hanging="360"/>
      </w:pPr>
    </w:lvl>
    <w:lvl w:ilvl="2" w:tplc="0809001B" w:tentative="1">
      <w:start w:val="1"/>
      <w:numFmt w:val="lowerRoman"/>
      <w:lvlText w:val="%3."/>
      <w:lvlJc w:val="right"/>
      <w:pPr>
        <w:ind w:left="2621" w:hanging="180"/>
      </w:pPr>
    </w:lvl>
    <w:lvl w:ilvl="3" w:tplc="0809000F" w:tentative="1">
      <w:start w:val="1"/>
      <w:numFmt w:val="decimal"/>
      <w:lvlText w:val="%4."/>
      <w:lvlJc w:val="left"/>
      <w:pPr>
        <w:ind w:left="3341" w:hanging="360"/>
      </w:pPr>
    </w:lvl>
    <w:lvl w:ilvl="4" w:tplc="08090019" w:tentative="1">
      <w:start w:val="1"/>
      <w:numFmt w:val="lowerLetter"/>
      <w:lvlText w:val="%5."/>
      <w:lvlJc w:val="left"/>
      <w:pPr>
        <w:ind w:left="4061" w:hanging="360"/>
      </w:pPr>
    </w:lvl>
    <w:lvl w:ilvl="5" w:tplc="0809001B" w:tentative="1">
      <w:start w:val="1"/>
      <w:numFmt w:val="lowerRoman"/>
      <w:lvlText w:val="%6."/>
      <w:lvlJc w:val="right"/>
      <w:pPr>
        <w:ind w:left="4781" w:hanging="180"/>
      </w:pPr>
    </w:lvl>
    <w:lvl w:ilvl="6" w:tplc="0809000F" w:tentative="1">
      <w:start w:val="1"/>
      <w:numFmt w:val="decimal"/>
      <w:lvlText w:val="%7."/>
      <w:lvlJc w:val="left"/>
      <w:pPr>
        <w:ind w:left="5501" w:hanging="360"/>
      </w:pPr>
    </w:lvl>
    <w:lvl w:ilvl="7" w:tplc="08090019" w:tentative="1">
      <w:start w:val="1"/>
      <w:numFmt w:val="lowerLetter"/>
      <w:lvlText w:val="%8."/>
      <w:lvlJc w:val="left"/>
      <w:pPr>
        <w:ind w:left="6221" w:hanging="360"/>
      </w:pPr>
    </w:lvl>
    <w:lvl w:ilvl="8" w:tplc="0809001B" w:tentative="1">
      <w:start w:val="1"/>
      <w:numFmt w:val="lowerRoman"/>
      <w:lvlText w:val="%9."/>
      <w:lvlJc w:val="right"/>
      <w:pPr>
        <w:ind w:left="6941" w:hanging="180"/>
      </w:pPr>
    </w:lvl>
  </w:abstractNum>
  <w:num w:numId="1" w16cid:durableId="406193705">
    <w:abstractNumId w:val="8"/>
  </w:num>
  <w:num w:numId="2" w16cid:durableId="1597203336">
    <w:abstractNumId w:val="6"/>
  </w:num>
  <w:num w:numId="3" w16cid:durableId="234560004">
    <w:abstractNumId w:val="5"/>
  </w:num>
  <w:num w:numId="4" w16cid:durableId="1766412817">
    <w:abstractNumId w:val="4"/>
  </w:num>
  <w:num w:numId="5" w16cid:durableId="1757170011">
    <w:abstractNumId w:val="7"/>
  </w:num>
  <w:num w:numId="6" w16cid:durableId="2119445108">
    <w:abstractNumId w:val="3"/>
  </w:num>
  <w:num w:numId="7" w16cid:durableId="742485858">
    <w:abstractNumId w:val="2"/>
  </w:num>
  <w:num w:numId="8" w16cid:durableId="823089510">
    <w:abstractNumId w:val="1"/>
  </w:num>
  <w:num w:numId="9" w16cid:durableId="551119321">
    <w:abstractNumId w:val="0"/>
  </w:num>
  <w:num w:numId="10" w16cid:durableId="583609114">
    <w:abstractNumId w:val="13"/>
  </w:num>
  <w:num w:numId="11" w16cid:durableId="1306665842">
    <w:abstractNumId w:val="9"/>
  </w:num>
  <w:num w:numId="12" w16cid:durableId="1734624258">
    <w:abstractNumId w:val="10"/>
  </w:num>
  <w:num w:numId="13" w16cid:durableId="2033189905">
    <w:abstractNumId w:val="11"/>
  </w:num>
  <w:num w:numId="14" w16cid:durableId="2030569259">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07B6"/>
    <w:rsid w:val="0006063C"/>
    <w:rsid w:val="0014559B"/>
    <w:rsid w:val="0015074B"/>
    <w:rsid w:val="00213241"/>
    <w:rsid w:val="00215760"/>
    <w:rsid w:val="0029639D"/>
    <w:rsid w:val="002D317B"/>
    <w:rsid w:val="00326F90"/>
    <w:rsid w:val="003A42D7"/>
    <w:rsid w:val="00442811"/>
    <w:rsid w:val="005833EE"/>
    <w:rsid w:val="005B2359"/>
    <w:rsid w:val="005B66F1"/>
    <w:rsid w:val="0065147C"/>
    <w:rsid w:val="00712B23"/>
    <w:rsid w:val="00736186"/>
    <w:rsid w:val="00742A10"/>
    <w:rsid w:val="008122C9"/>
    <w:rsid w:val="00826AEC"/>
    <w:rsid w:val="008841D5"/>
    <w:rsid w:val="008B0CE3"/>
    <w:rsid w:val="00963C4F"/>
    <w:rsid w:val="009763DB"/>
    <w:rsid w:val="00A60C4A"/>
    <w:rsid w:val="00A94066"/>
    <w:rsid w:val="00AA1D8D"/>
    <w:rsid w:val="00B403E7"/>
    <w:rsid w:val="00B47730"/>
    <w:rsid w:val="00CA34D9"/>
    <w:rsid w:val="00CA36F8"/>
    <w:rsid w:val="00CB0664"/>
    <w:rsid w:val="00CE53B8"/>
    <w:rsid w:val="00D55E8F"/>
    <w:rsid w:val="00D81AD8"/>
    <w:rsid w:val="00DB0956"/>
    <w:rsid w:val="00E23095"/>
    <w:rsid w:val="00E33512"/>
    <w:rsid w:val="00E41DB1"/>
    <w:rsid w:val="00E61330"/>
    <w:rsid w:val="00FA1B1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8779AC"/>
  <w14:defaultImageDpi w14:val="300"/>
  <w15:docId w15:val="{99886151-DB99-5047-8DD1-D3267F7C0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Calibri" w:hAnsi="Calibri"/>
      <w:sz w:val="21"/>
    </w:rPr>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20"/>
      <w:outlineLvl w:val="1"/>
    </w:pPr>
    <w:rPr>
      <w:rFonts w:asciiTheme="majorHAnsi" w:eastAsiaTheme="majorEastAsia" w:hAnsiTheme="majorHAnsi" w:cstheme="majorBidi"/>
      <w:b/>
      <w:bCs/>
      <w:color w:val="1F4D78"/>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color w:val="1F4D78"/>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742A10"/>
    <w:pPr>
      <w:spacing w:before="100" w:beforeAutospacing="1" w:afterAutospacing="1" w:line="240" w:lineRule="auto"/>
    </w:pPr>
    <w:rPr>
      <w:rFonts w:ascii="Times New Roman" w:eastAsia="Times New Roman" w:hAnsi="Times New Roman" w:cs="Times New Roman"/>
      <w:sz w:val="24"/>
      <w:szCs w:val="24"/>
      <w:lang w:val="en-ZA"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2467</Words>
  <Characters>14066</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GIA - Luister</vt:lpstr>
    </vt:vector>
  </TitlesOfParts>
  <Manager/>
  <Company/>
  <LinksUpToDate>false</LinksUpToDate>
  <CharactersWithSpaces>16501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GIA - Luister</dc:title>
  <dc:subject/>
  <dc:creator>python-docx</dc:creator>
  <cp:keywords/>
  <dc:description>generated by python-docx</dc:description>
  <cp:lastModifiedBy>Wally de Bruyn</cp:lastModifiedBy>
  <cp:revision>4</cp:revision>
  <cp:lastPrinted>2026-08-18T14:21:00Z</cp:lastPrinted>
  <dcterms:created xsi:type="dcterms:W3CDTF">2026-08-19T15:27:00Z</dcterms:created>
  <dcterms:modified xsi:type="dcterms:W3CDTF">2026-08-19T15:29:00Z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70f804f3eb33fc9514044a4663d8e70f1d28dcd7a4b767e811e3294f280ad3c0</vt:lpwstr>
  </property>
</Properties>
</file>